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Noto Sans KR Thin" w:hAnsi="Noto Sans KR Thin" w:eastAsia="Noto Sans KR Thin"/>
          <w:b/>
          <w:i w:val="0"/>
          <w:color w:val="C8A96B"/>
          <w:sz w:val="15"/>
        </w:rPr>
        <w:t>S1-07 · PUBLIC ACTION TOOL</w:t>
      </w:r>
    </w:p>
    <w:p>
      <w:pPr>
        <w:pStyle w:val="Heading1"/>
      </w:pPr>
      <w:r>
        <w:rPr>
          <w:rFonts w:ascii="Noto Sans KR Thin" w:hAnsi="Noto Sans KR Thin" w:eastAsia="Noto Sans KR Thin"/>
          <w:b/>
          <w:i w:val="0"/>
          <w:color w:val="183A37"/>
          <w:sz w:val="30"/>
        </w:rPr>
        <w:t>오늘의 실행설계 빠른 점검표</w:t>
      </w:r>
    </w:p>
    <w:p>
      <w:pPr>
        <w:spacing w:before="0" w:after="100"/>
      </w:pPr>
      <w:r>
        <w:rPr>
          <w:rFonts w:ascii="Noto Sans KR Thin" w:hAnsi="Noto Sans KR Thin" w:eastAsia="Noto Sans KR Thin"/>
          <w:b w:val="0"/>
          <w:i w:val="0"/>
          <w:color w:val="68726F"/>
          <w:sz w:val="17"/>
        </w:rPr>
        <w:t>움직이지 못하는 날, 오늘 할 일과 첫 행동을 10분 안에 정하는 시청자용 도구</w:t>
      </w:r>
    </w:p>
    <w:tbl>
      <w:tblPr>
        <w:tblW w:type="dxa" w:w="9504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9504"/>
      </w:tblGrid>
      <w:tr>
        <w:trPr>
          <w:cantSplit/>
        </w:trPr>
        <w:tc>
          <w:tcPr>
            <w:tcW w:type="dxa" w:w="9504"/>
            <w:shd w:fill="F3EBD8"/>
            <w:tcBorders>
              <w:top w:val="single" w:sz="0" w:color="F3EBD8"/>
              <w:left w:val="single" w:sz="0" w:color="F3EBD8"/>
              <w:bottom w:val="single" w:sz="0" w:color="F3EBD8"/>
              <w:right w:val="single" w:sz="0" w:color="F3EBD8"/>
              <w:insideH w:val="single" w:sz="0" w:color="F3EBD8"/>
              <w:insideV w:val="single" w:sz="0" w:color="F3EBD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spacing w:after="0"/>
            </w:pPr>
            <w:r>
              <w:rPr>
                <w:rFonts w:ascii="Noto Sans KR Thin" w:hAnsi="Noto Sans KR Thin" w:eastAsia="Noto Sans KR Thin"/>
                <w:b/>
                <w:i w:val="0"/>
                <w:color w:val="C8A96B"/>
                <w:sz w:val="15"/>
              </w:rPr>
              <w:t>사용 방법</w:t>
            </w:r>
            <w:r>
              <w:rPr>
                <w:rFonts w:ascii="Noto Sans KR Thin" w:hAnsi="Noto Sans KR Thin" w:eastAsia="Noto Sans KR Thin"/>
                <w:b/>
                <w:i w:val="0"/>
                <w:color w:val="183A37"/>
                <w:sz w:val="18"/>
              </w:rPr>
              <w:t xml:space="preserve">  ① 머릿속 일을 꺼냅니다  ② 가장 큰 막힘 하나를 고릅니다  ③ 오늘 보일 결과와 첫 행동을 정합니다  ④ 실행 후 다시 조정합니다.</w:t>
            </w:r>
          </w:p>
        </w:tc>
      </w:tr>
    </w:tbl>
    <w:p>
      <w:pPr>
        <w:spacing w:before="0" w:after="0"/>
      </w:pPr>
      <w:r>
        <w:rPr>
          <w:rFonts w:ascii="Noto Sans KR Thin" w:hAnsi="Noto Sans KR Thin" w:eastAsia="Noto Sans KR Thin"/>
          <w:b w:val="0"/>
          <w:i w:val="0"/>
          <w:color w:val="202826"/>
          <w:sz w:val="19"/>
        </w:rPr>
      </w:r>
    </w:p>
    <w:p>
      <w:pPr>
        <w:pStyle w:val="Heading2"/>
      </w:pPr>
      <w:r>
        <w:rPr>
          <w:rFonts w:ascii="Noto Sans KR Thin" w:hAnsi="Noto Sans KR Thin" w:eastAsia="Noto Sans KR Thin"/>
          <w:b/>
          <w:i w:val="0"/>
          <w:color w:val="183A37"/>
          <w:sz w:val="23"/>
        </w:rPr>
        <w:t>1. 지금 해야 할 일을 꺼내기</w:t>
      </w:r>
    </w:p>
    <w:tbl>
      <w:tblPr>
        <w:tblW w:type="dxa" w:w="9504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3024"/>
        <w:gridCol w:w="6480"/>
      </w:tblGrid>
      <w:tr>
        <w:trPr>
          <w:cantSplit/>
        </w:trPr>
        <w:tc>
          <w:tcPr>
            <w:tcW w:type="dxa" w:w="3024"/>
            <w:shd w:fill="183A37"/>
            <w:tcBorders>
              <w:top w:val="single" w:sz="5" w:color="183A37"/>
              <w:left w:val="single" w:sz="5" w:color="183A37"/>
              <w:bottom w:val="single" w:sz="5" w:color="183A37"/>
              <w:right w:val="single" w:sz="5" w:color="183A37"/>
              <w:insideH w:val="single" w:sz="5" w:color="183A37"/>
              <w:insideV w:val="single" w:sz="5" w:color="183A37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/>
                <w:i w:val="0"/>
                <w:color w:val="FFFFFF"/>
                <w:sz w:val="16"/>
              </w:rPr>
              <w:t>구분</w:t>
            </w:r>
          </w:p>
        </w:tc>
        <w:tc>
          <w:tcPr>
            <w:tcW w:type="dxa" w:w="6480"/>
            <w:shd w:fill="183A37"/>
            <w:tcBorders>
              <w:top w:val="single" w:sz="5" w:color="183A37"/>
              <w:left w:val="single" w:sz="5" w:color="183A37"/>
              <w:bottom w:val="single" w:sz="5" w:color="183A37"/>
              <w:right w:val="single" w:sz="5" w:color="183A37"/>
              <w:insideH w:val="single" w:sz="5" w:color="183A37"/>
              <w:insideV w:val="single" w:sz="5" w:color="183A37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/>
                <w:i w:val="0"/>
                <w:color w:val="FFFFFF"/>
                <w:sz w:val="16"/>
              </w:rPr>
              <w:t>내용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6"/>
              </w:rPr>
              <w:t>오늘 반드시 할 일</w:t>
            </w:r>
          </w:p>
        </w:tc>
        <w:tc>
          <w:tcPr>
            <w:tcW w:type="dxa" w:w="6480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6"/>
              </w:rPr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6"/>
              </w:rPr>
              <w:t>시간이 남으면 할 일</w:t>
            </w:r>
          </w:p>
        </w:tc>
        <w:tc>
          <w:tcPr>
            <w:tcW w:type="dxa" w:w="6480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6"/>
              </w:rPr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6"/>
              </w:rPr>
              <w:t>다른 사람·승인·자료 대기</w:t>
            </w:r>
          </w:p>
        </w:tc>
        <w:tc>
          <w:tcPr>
            <w:tcW w:type="dxa" w:w="6480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6"/>
              </w:rPr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6"/>
              </w:rPr>
              <w:t>오늘 하지 않을 일</w:t>
            </w:r>
          </w:p>
        </w:tc>
        <w:tc>
          <w:tcPr>
            <w:tcW w:type="dxa" w:w="6480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6"/>
              </w:rPr>
            </w:r>
          </w:p>
        </w:tc>
      </w:tr>
    </w:tbl>
    <w:p>
      <w:pPr>
        <w:spacing w:before="0" w:after="0"/>
      </w:pPr>
      <w:r>
        <w:rPr>
          <w:rFonts w:ascii="Noto Sans KR Thin" w:hAnsi="Noto Sans KR Thin" w:eastAsia="Noto Sans KR Thin"/>
          <w:b w:val="0"/>
          <w:i w:val="0"/>
          <w:color w:val="202826"/>
          <w:sz w:val="19"/>
        </w:rPr>
      </w:r>
    </w:p>
    <w:p>
      <w:pPr>
        <w:spacing w:before="40" w:after="60"/>
      </w:pPr>
      <w:r>
        <w:rPr>
          <w:rFonts w:ascii="Noto Sans KR Thin" w:hAnsi="Noto Sans KR Thin" w:eastAsia="Noto Sans KR Thin"/>
          <w:b w:val="0"/>
          <w:i w:val="0"/>
          <w:color w:val="68726F"/>
          <w:sz w:val="14"/>
        </w:rPr>
        <w:t>할 일이 여러 개라면 “오늘 하지 않을 일”을 먼저 정하십시오. 선택의 부담을 줄여야 오늘의 일이 보입니다.</w:t>
      </w:r>
    </w:p>
    <w:p>
      <w:pPr>
        <w:pStyle w:val="Heading2"/>
      </w:pPr>
      <w:r>
        <w:rPr>
          <w:rFonts w:ascii="Noto Sans KR Thin" w:hAnsi="Noto Sans KR Thin" w:eastAsia="Noto Sans KR Thin"/>
          <w:b/>
          <w:i w:val="0"/>
          <w:color w:val="183A37"/>
          <w:sz w:val="23"/>
        </w:rPr>
        <w:t>2. 오늘 가장 먼저 줄일 막힘 하나 고르기</w:t>
      </w:r>
    </w:p>
    <w:tbl>
      <w:tblPr>
        <w:tblW w:type="dxa" w:w="9504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2232"/>
        <w:gridCol w:w="6480"/>
        <w:gridCol w:w="792"/>
      </w:tblGrid>
      <w:tr>
        <w:trPr>
          <w:cantSplit/>
        </w:trPr>
        <w:tc>
          <w:tcPr>
            <w:tcW w:type="dxa" w:w="2232"/>
            <w:shd w:fill="183A37"/>
            <w:tcBorders>
              <w:top w:val="single" w:sz="5" w:color="183A37"/>
              <w:left w:val="single" w:sz="5" w:color="183A37"/>
              <w:bottom w:val="single" w:sz="5" w:color="183A37"/>
              <w:right w:val="single" w:sz="5" w:color="183A37"/>
              <w:insideH w:val="single" w:sz="5" w:color="183A37"/>
              <w:insideV w:val="single" w:sz="5" w:color="183A37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/>
                <w:i w:val="0"/>
                <w:color w:val="FFFFFF"/>
                <w:sz w:val="14"/>
              </w:rPr>
              <w:t>실행장벽</w:t>
            </w:r>
          </w:p>
        </w:tc>
        <w:tc>
          <w:tcPr>
            <w:tcW w:type="dxa" w:w="6480"/>
            <w:shd w:fill="183A37"/>
            <w:tcBorders>
              <w:top w:val="single" w:sz="5" w:color="183A37"/>
              <w:left w:val="single" w:sz="5" w:color="183A37"/>
              <w:bottom w:val="single" w:sz="5" w:color="183A37"/>
              <w:right w:val="single" w:sz="5" w:color="183A37"/>
              <w:insideH w:val="single" w:sz="5" w:color="183A37"/>
              <w:insideV w:val="single" w:sz="5" w:color="183A37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/>
                <w:i w:val="0"/>
                <w:color w:val="FFFFFF"/>
                <w:sz w:val="14"/>
              </w:rPr>
              <w:t>확인 질문</w:t>
            </w:r>
          </w:p>
        </w:tc>
        <w:tc>
          <w:tcPr>
            <w:tcW w:type="dxa" w:w="792"/>
            <w:shd w:fill="183A37"/>
            <w:tcBorders>
              <w:top w:val="single" w:sz="5" w:color="183A37"/>
              <w:left w:val="single" w:sz="5" w:color="183A37"/>
              <w:bottom w:val="single" w:sz="5" w:color="183A37"/>
              <w:right w:val="single" w:sz="5" w:color="183A37"/>
              <w:insideH w:val="single" w:sz="5" w:color="183A37"/>
              <w:insideV w:val="single" w:sz="5" w:color="183A37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/>
                <w:i w:val="0"/>
                <w:color w:val="FFFFFF"/>
                <w:sz w:val="14"/>
              </w:rPr>
              <w:t>선택</w:t>
            </w:r>
          </w:p>
        </w:tc>
      </w:tr>
      <w:tr>
        <w:trPr>
          <w:cantSplit/>
        </w:trPr>
        <w:tc>
          <w:tcPr>
            <w:tcW w:type="dxa" w:w="223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업무 불명확</w:t>
            </w:r>
          </w:p>
        </w:tc>
        <w:tc>
          <w:tcPr>
            <w:tcW w:type="dxa" w:w="6480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해야 할 결과의 완성 모습이 불분명한가?</w:t>
            </w:r>
          </w:p>
        </w:tc>
        <w:tc>
          <w:tcPr>
            <w:tcW w:type="dxa" w:w="79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223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과다한 할 일</w:t>
            </w:r>
          </w:p>
        </w:tc>
        <w:tc>
          <w:tcPr>
            <w:tcW w:type="dxa" w:w="6480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할 일이 너무 많아 하나를 고르기 어려운가?</w:t>
            </w:r>
          </w:p>
        </w:tc>
        <w:tc>
          <w:tcPr>
            <w:tcW w:type="dxa" w:w="79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223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우선순위 충돌</w:t>
            </w:r>
          </w:p>
        </w:tc>
        <w:tc>
          <w:tcPr>
            <w:tcW w:type="dxa" w:w="6480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모두 중요해 보여 무엇을 보류할지 어려운가?</w:t>
            </w:r>
          </w:p>
        </w:tc>
        <w:tc>
          <w:tcPr>
            <w:tcW w:type="dxa" w:w="79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223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순서·의존관계</w:t>
            </w:r>
          </w:p>
        </w:tc>
        <w:tc>
          <w:tcPr>
            <w:tcW w:type="dxa" w:w="6480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무엇을 먼저 해야 다음 일이 가능한지 모르는가?</w:t>
            </w:r>
          </w:p>
        </w:tc>
        <w:tc>
          <w:tcPr>
            <w:tcW w:type="dxa" w:w="79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223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큰 첫 단계</w:t>
            </w:r>
          </w:p>
        </w:tc>
        <w:tc>
          <w:tcPr>
            <w:tcW w:type="dxa" w:w="6480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첫 단계가 너무 크거나 막막한가?</w:t>
            </w:r>
          </w:p>
        </w:tc>
        <w:tc>
          <w:tcPr>
            <w:tcW w:type="dxa" w:w="79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223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완벽주의</w:t>
            </w:r>
          </w:p>
        </w:tc>
        <w:tc>
          <w:tcPr>
            <w:tcW w:type="dxa" w:w="6480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완벽하게 해야 한다는 부담 때문에 시작하지 못하는가?</w:t>
            </w:r>
          </w:p>
        </w:tc>
        <w:tc>
          <w:tcPr>
            <w:tcW w:type="dxa" w:w="79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223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시간·에너지 부족</w:t>
            </w:r>
          </w:p>
        </w:tc>
        <w:tc>
          <w:tcPr>
            <w:tcW w:type="dxa" w:w="6480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현재 시간·에너지와 계획의 크기가 맞지 않는가?</w:t>
            </w:r>
          </w:p>
        </w:tc>
        <w:tc>
          <w:tcPr>
            <w:tcW w:type="dxa" w:w="79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223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재시작 어려움</w:t>
            </w:r>
          </w:p>
        </w:tc>
        <w:tc>
          <w:tcPr>
            <w:tcW w:type="dxa" w:w="6480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중단된 뒤 어디서 다시 시작할지 모르는가?</w:t>
            </w:r>
          </w:p>
        </w:tc>
        <w:tc>
          <w:tcPr>
            <w:tcW w:type="dxa" w:w="79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□</w:t>
            </w:r>
          </w:p>
        </w:tc>
      </w:tr>
    </w:tbl>
    <w:p>
      <w:pPr>
        <w:spacing w:before="0" w:after="0"/>
      </w:pPr>
      <w:r>
        <w:rPr>
          <w:rFonts w:ascii="Noto Sans KR Thin" w:hAnsi="Noto Sans KR Thin" w:eastAsia="Noto Sans KR Thin"/>
          <w:b w:val="0"/>
          <w:i w:val="0"/>
          <w:color w:val="202826"/>
          <w:sz w:val="19"/>
        </w:rPr>
      </w:r>
    </w:p>
    <w:tbl>
      <w:tblPr>
        <w:tblW w:type="dxa" w:w="9504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9504"/>
      </w:tblGrid>
      <w:tr>
        <w:trPr>
          <w:cantSplit/>
        </w:trPr>
        <w:tc>
          <w:tcPr>
            <w:tcW w:type="dxa" w:w="9504"/>
            <w:shd w:fill="EEF3F1"/>
            <w:tcBorders>
              <w:top w:val="single" w:sz="0" w:color="EEF3F1"/>
              <w:left w:val="single" w:sz="0" w:color="EEF3F1"/>
              <w:bottom w:val="single" w:sz="0" w:color="EEF3F1"/>
              <w:right w:val="single" w:sz="0" w:color="EEF3F1"/>
              <w:insideH w:val="single" w:sz="0" w:color="EEF3F1"/>
              <w:insideV w:val="single" w:sz="0" w:color="EEF3F1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spacing w:after="0"/>
            </w:pPr>
            <w:r>
              <w:rPr>
                <w:rFonts w:ascii="Noto Sans KR Thin" w:hAnsi="Noto Sans KR Thin" w:eastAsia="Noto Sans KR Thin"/>
                <w:b/>
                <w:i w:val="0"/>
                <w:color w:val="C8A96B"/>
                <w:sz w:val="15"/>
              </w:rPr>
              <w:t>오늘의 한 가지 막힘</w:t>
            </w:r>
            <w:r>
              <w:rPr>
                <w:rFonts w:ascii="Noto Sans KR Thin" w:hAnsi="Noto Sans KR Thin" w:eastAsia="Noto Sans KR Thin"/>
                <w:b/>
                <w:i w:val="0"/>
                <w:color w:val="183A37"/>
                <w:sz w:val="18"/>
              </w:rPr>
              <w:t xml:space="preserve">  오늘 가장 먼저 줄일 실행장벽은 __________________________________ 입니다.</w:t>
            </w:r>
          </w:p>
        </w:tc>
      </w:tr>
    </w:tbl>
    <w:p>
      <w:pPr>
        <w:spacing w:before="0" w:after="0"/>
      </w:pPr>
      <w:r>
        <w:rPr>
          <w:rFonts w:ascii="Noto Sans KR Thin" w:hAnsi="Noto Sans KR Thin" w:eastAsia="Noto Sans KR Thin"/>
          <w:b w:val="0"/>
          <w:i w:val="0"/>
          <w:color w:val="202826"/>
          <w:sz w:val="19"/>
        </w:rPr>
      </w:r>
    </w:p>
    <w:p>
      <w:r>
        <w:br w:type="page"/>
      </w:r>
    </w:p>
    <w:p>
      <w:pPr>
        <w:spacing w:before="0" w:after="40"/>
      </w:pPr>
      <w:r>
        <w:rPr>
          <w:rFonts w:ascii="Noto Sans KR Thin" w:hAnsi="Noto Sans KR Thin" w:eastAsia="Noto Sans KR Thin"/>
          <w:b/>
          <w:i w:val="0"/>
          <w:color w:val="C8A96B"/>
          <w:sz w:val="15"/>
        </w:rPr>
        <w:t>S1-07 · QUICK ACTION</w:t>
      </w:r>
    </w:p>
    <w:p>
      <w:pPr>
        <w:pStyle w:val="Heading1"/>
      </w:pPr>
      <w:r>
        <w:rPr>
          <w:rFonts w:ascii="Noto Sans KR Thin" w:hAnsi="Noto Sans KR Thin" w:eastAsia="Noto Sans KR Thin"/>
          <w:b/>
          <w:i w:val="0"/>
          <w:color w:val="183A37"/>
          <w:sz w:val="30"/>
        </w:rPr>
        <w:t>첫 행동을 정하고 실행 결과를 확인하십시오</w:t>
      </w:r>
    </w:p>
    <w:p>
      <w:pPr>
        <w:spacing w:before="0" w:after="100"/>
      </w:pPr>
      <w:r>
        <w:rPr>
          <w:rFonts w:ascii="Noto Sans KR Thin" w:hAnsi="Noto Sans KR Thin" w:eastAsia="Noto Sans KR Thin"/>
          <w:b w:val="0"/>
          <w:i w:val="0"/>
          <w:color w:val="68726F"/>
          <w:sz w:val="17"/>
        </w:rPr>
        <w:t>첫 행동은 생각이나 결심이 아니라 지금 바로 몸으로 할 수 있고, 끝났는지 확인할 수 있는 행동이어야 합니다.</w:t>
      </w:r>
    </w:p>
    <w:p>
      <w:pPr>
        <w:pStyle w:val="Heading2"/>
      </w:pPr>
      <w:r>
        <w:rPr>
          <w:rFonts w:ascii="Noto Sans KR Thin" w:hAnsi="Noto Sans KR Thin" w:eastAsia="Noto Sans KR Thin"/>
          <w:b/>
          <w:i w:val="0"/>
          <w:color w:val="183A37"/>
          <w:sz w:val="23"/>
        </w:rPr>
        <w:t>3. 큰 업무를 오늘 보일 결과로 바꾸기</w:t>
      </w:r>
    </w:p>
    <w:tbl>
      <w:tblPr>
        <w:tblW w:type="dxa" w:w="9504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4752"/>
        <w:gridCol w:w="4752"/>
      </w:tblGrid>
      <w:tr>
        <w:trPr>
          <w:cantSplit/>
        </w:trPr>
        <w:tc>
          <w:tcPr>
            <w:tcW w:type="dxa" w:w="4752"/>
            <w:shd w:fill="183A37"/>
            <w:tcBorders>
              <w:top w:val="single" w:sz="5" w:color="183A37"/>
              <w:left w:val="single" w:sz="5" w:color="183A37"/>
              <w:bottom w:val="single" w:sz="5" w:color="183A37"/>
              <w:right w:val="single" w:sz="5" w:color="183A37"/>
              <w:insideH w:val="single" w:sz="5" w:color="183A37"/>
              <w:insideV w:val="single" w:sz="5" w:color="183A37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/>
                <w:i w:val="0"/>
                <w:color w:val="FFFFFF"/>
                <w:sz w:val="14"/>
              </w:rPr>
              <w:t>원래 업무명 — 너무 큰 것</w:t>
            </w:r>
          </w:p>
        </w:tc>
        <w:tc>
          <w:tcPr>
            <w:tcW w:type="dxa" w:w="4752"/>
            <w:shd w:fill="183A37"/>
            <w:tcBorders>
              <w:top w:val="single" w:sz="5" w:color="183A37"/>
              <w:left w:val="single" w:sz="5" w:color="183A37"/>
              <w:bottom w:val="single" w:sz="5" w:color="183A37"/>
              <w:right w:val="single" w:sz="5" w:color="183A37"/>
              <w:insideH w:val="single" w:sz="5" w:color="183A37"/>
              <w:insideV w:val="single" w:sz="5" w:color="183A37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/>
                <w:i w:val="0"/>
                <w:color w:val="FFFFFF"/>
                <w:sz w:val="14"/>
              </w:rPr>
              <w:t>오늘 눈으로 확인할 수 있는 결과</w:t>
            </w:r>
          </w:p>
        </w:tc>
      </w:tr>
      <w:tr>
        <w:trPr>
          <w:cantSplit/>
        </w:trPr>
        <w:tc>
          <w:tcPr>
            <w:tcW w:type="dxa" w:w="47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예: 영상 제작</w:t>
            </w:r>
          </w:p>
        </w:tc>
        <w:tc>
          <w:tcPr>
            <w:tcW w:type="dxa" w:w="47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예: 1차 러프컷 완성</w:t>
            </w:r>
          </w:p>
        </w:tc>
      </w:tr>
      <w:tr>
        <w:trPr>
          <w:cantSplit/>
        </w:trPr>
        <w:tc>
          <w:tcPr>
            <w:tcW w:type="dxa" w:w="47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예: 보고서 작성</w:t>
            </w:r>
          </w:p>
        </w:tc>
        <w:tc>
          <w:tcPr>
            <w:tcW w:type="dxa" w:w="47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  <w:t>예: 목차 작성 + 필요한 자료 표시</w:t>
            </w:r>
          </w:p>
        </w:tc>
      </w:tr>
      <w:tr>
        <w:trPr>
          <w:cantSplit/>
        </w:trPr>
        <w:tc>
          <w:tcPr>
            <w:tcW w:type="dxa" w:w="47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</w:r>
          </w:p>
        </w:tc>
        <w:tc>
          <w:tcPr>
            <w:tcW w:type="dxa" w:w="47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4"/>
              </w:rPr>
            </w:r>
          </w:p>
        </w:tc>
      </w:tr>
    </w:tbl>
    <w:p>
      <w:pPr>
        <w:spacing w:before="0" w:after="0"/>
      </w:pPr>
      <w:r>
        <w:rPr>
          <w:rFonts w:ascii="Noto Sans KR Thin" w:hAnsi="Noto Sans KR Thin" w:eastAsia="Noto Sans KR Thin"/>
          <w:b w:val="0"/>
          <w:i w:val="0"/>
          <w:color w:val="202826"/>
          <w:sz w:val="19"/>
        </w:rPr>
      </w:r>
    </w:p>
    <w:tbl>
      <w:tblPr>
        <w:tblW w:type="dxa" w:w="9504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9504"/>
      </w:tblGrid>
      <w:tr>
        <w:trPr>
          <w:cantSplit/>
        </w:trPr>
        <w:tc>
          <w:tcPr>
            <w:tcW w:type="dxa" w:w="9504"/>
            <w:shd w:fill="F3EBD8"/>
            <w:tcBorders>
              <w:top w:val="single" w:sz="0" w:color="F3EBD8"/>
              <w:left w:val="single" w:sz="0" w:color="F3EBD8"/>
              <w:bottom w:val="single" w:sz="0" w:color="F3EBD8"/>
              <w:right w:val="single" w:sz="0" w:color="F3EBD8"/>
              <w:insideH w:val="single" w:sz="0" w:color="F3EBD8"/>
              <w:insideV w:val="single" w:sz="0" w:color="F3EBD8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spacing w:after="0"/>
            </w:pPr>
            <w:r>
              <w:rPr>
                <w:rFonts w:ascii="Noto Sans KR Thin" w:hAnsi="Noto Sans KR Thin" w:eastAsia="Noto Sans KR Thin"/>
                <w:b/>
                <w:i w:val="0"/>
                <w:color w:val="C8A96B"/>
                <w:sz w:val="15"/>
              </w:rPr>
              <w:t>최소완료기준</w:t>
            </w:r>
            <w:r>
              <w:rPr>
                <w:rFonts w:ascii="Noto Sans KR Thin" w:hAnsi="Noto Sans KR Thin" w:eastAsia="Noto Sans KR Thin"/>
                <w:b/>
                <w:i w:val="0"/>
                <w:color w:val="183A37"/>
                <w:sz w:val="18"/>
              </w:rPr>
              <w:t xml:space="preserve">  “____________________________________________ 하면 오늘은 끝이다.”</w:t>
            </w:r>
          </w:p>
        </w:tc>
      </w:tr>
    </w:tbl>
    <w:p>
      <w:pPr>
        <w:spacing w:before="0" w:after="0"/>
      </w:pPr>
      <w:r>
        <w:rPr>
          <w:rFonts w:ascii="Noto Sans KR Thin" w:hAnsi="Noto Sans KR Thin" w:eastAsia="Noto Sans KR Thin"/>
          <w:b w:val="0"/>
          <w:i w:val="0"/>
          <w:color w:val="202826"/>
          <w:sz w:val="19"/>
        </w:rPr>
      </w:r>
    </w:p>
    <w:p>
      <w:pPr>
        <w:pStyle w:val="Heading2"/>
      </w:pPr>
      <w:r>
        <w:rPr>
          <w:rFonts w:ascii="Noto Sans KR Thin" w:hAnsi="Noto Sans KR Thin" w:eastAsia="Noto Sans KR Thin"/>
          <w:b/>
          <w:i w:val="0"/>
          <w:color w:val="183A37"/>
          <w:sz w:val="23"/>
        </w:rPr>
        <w:t>4. 지금 시작할 첫 행동 지정하기</w:t>
      </w:r>
    </w:p>
    <w:p>
      <w:pPr>
        <w:spacing w:before="0" w:after="40"/>
      </w:pPr>
      <w:r>
        <w:rPr>
          <w:rFonts w:ascii="Noto Sans KR Thin" w:hAnsi="Noto Sans KR Thin" w:eastAsia="Noto Sans KR Thin"/>
          <w:b w:val="0"/>
          <w:i w:val="0"/>
          <w:color w:val="68726F"/>
          <w:sz w:val="15"/>
        </w:rPr>
        <w:t>□ 2분 안에 시작  □ 행동으로 표현  □ 끝났는지 확인 가능  □ 오늘의 결과와 직접 연결</w:t>
      </w:r>
    </w:p>
    <w:p>
      <w:pPr>
        <w:spacing w:before="40" w:after="20"/>
      </w:pPr>
      <w:r>
        <w:rPr>
          <w:rFonts w:ascii="Noto Sans KR Thin" w:hAnsi="Noto Sans KR Thin" w:eastAsia="Noto Sans KR Thin"/>
          <w:b/>
          <w:i w:val="0"/>
          <w:color w:val="C8A96B"/>
          <w:sz w:val="15"/>
        </w:rPr>
        <w:t xml:space="preserve">FIRST  </w:t>
      </w:r>
      <w:r>
        <w:rPr>
          <w:rFonts w:ascii="Noto Sans KR Thin" w:hAnsi="Noto Sans KR Thin" w:eastAsia="Noto Sans KR Thin"/>
          <w:b/>
          <w:i w:val="0"/>
          <w:color w:val="183A37"/>
          <w:sz w:val="18"/>
        </w:rPr>
        <w:t>나의 첫 행동</w:t>
      </w:r>
    </w:p>
    <w:p>
      <w:pPr>
        <w:spacing w:before="0" w:after="20"/>
      </w:pPr>
      <w:r>
        <w:rPr>
          <w:rFonts w:ascii="Noto Sans KR Thin" w:hAnsi="Noto Sans KR Thin" w:eastAsia="Noto Sans KR Thin"/>
          <w:b w:val="0"/>
          <w:i w:val="0"/>
          <w:color w:val="B9C2BF"/>
          <w:sz w:val="14"/>
        </w:rPr>
        <w:t>________________________________________________________________________________</w:t>
      </w:r>
    </w:p>
    <w:tbl>
      <w:tblPr>
        <w:tblW w:type="dxa" w:w="9504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2952"/>
        <w:gridCol w:w="6552"/>
      </w:tblGrid>
      <w:tr>
        <w:trPr>
          <w:cantSplit/>
        </w:trPr>
        <w:tc>
          <w:tcPr>
            <w:tcW w:type="dxa" w:w="2952"/>
            <w:shd w:fill="183A37"/>
            <w:tcBorders>
              <w:top w:val="single" w:sz="5" w:color="183A37"/>
              <w:left w:val="single" w:sz="5" w:color="183A37"/>
              <w:bottom w:val="single" w:sz="5" w:color="183A37"/>
              <w:right w:val="single" w:sz="5" w:color="183A37"/>
              <w:insideH w:val="single" w:sz="5" w:color="183A37"/>
              <w:insideV w:val="single" w:sz="5" w:color="183A37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/>
                <w:i w:val="0"/>
                <w:color w:val="FFFFFF"/>
                <w:sz w:val="16"/>
              </w:rPr>
              <w:t>실행 조건</w:t>
            </w:r>
          </w:p>
        </w:tc>
        <w:tc>
          <w:tcPr>
            <w:tcW w:type="dxa" w:w="6552"/>
            <w:shd w:fill="183A37"/>
            <w:tcBorders>
              <w:top w:val="single" w:sz="5" w:color="183A37"/>
              <w:left w:val="single" w:sz="5" w:color="183A37"/>
              <w:bottom w:val="single" w:sz="5" w:color="183A37"/>
              <w:right w:val="single" w:sz="5" w:color="183A37"/>
              <w:insideH w:val="single" w:sz="5" w:color="183A37"/>
              <w:insideV w:val="single" w:sz="5" w:color="183A37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/>
                <w:i w:val="0"/>
                <w:color w:val="FFFFFF"/>
                <w:sz w:val="16"/>
              </w:rPr>
              <w:t>기록</w:t>
            </w:r>
          </w:p>
        </w:tc>
      </w:tr>
      <w:tr>
        <w:trPr>
          <w:cantSplit/>
        </w:trPr>
        <w:tc>
          <w:tcPr>
            <w:tcW w:type="dxa" w:w="29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6"/>
              </w:rPr>
              <w:t>예상 소요시간</w:t>
            </w:r>
          </w:p>
        </w:tc>
        <w:tc>
          <w:tcPr>
            <w:tcW w:type="dxa" w:w="65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6"/>
              </w:rPr>
              <w:t>______분</w:t>
            </w:r>
          </w:p>
        </w:tc>
      </w:tr>
      <w:tr>
        <w:trPr>
          <w:cantSplit/>
        </w:trPr>
        <w:tc>
          <w:tcPr>
            <w:tcW w:type="dxa" w:w="29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6"/>
              </w:rPr>
              <w:t>시작 시점·신호</w:t>
            </w:r>
          </w:p>
        </w:tc>
        <w:tc>
          <w:tcPr>
            <w:tcW w:type="dxa" w:w="65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6"/>
              </w:rPr>
              <w:t>____시 ____분 / __________________________ 후</w:t>
            </w:r>
          </w:p>
        </w:tc>
      </w:tr>
      <w:tr>
        <w:trPr>
          <w:cantSplit/>
        </w:trPr>
        <w:tc>
          <w:tcPr>
            <w:tcW w:type="dxa" w:w="29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6"/>
              </w:rPr>
              <w:t>다시 확인할 시점</w:t>
            </w:r>
          </w:p>
        </w:tc>
        <w:tc>
          <w:tcPr>
            <w:tcW w:type="dxa" w:w="65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6"/>
              </w:rPr>
              <w:t>____시 ____분 / 첫 행동 완료 직후</w:t>
            </w:r>
          </w:p>
        </w:tc>
      </w:tr>
    </w:tbl>
    <w:p>
      <w:pPr>
        <w:spacing w:before="0" w:after="0"/>
      </w:pPr>
      <w:r>
        <w:rPr>
          <w:rFonts w:ascii="Noto Sans KR Thin" w:hAnsi="Noto Sans KR Thin" w:eastAsia="Noto Sans KR Thin"/>
          <w:b w:val="0"/>
          <w:i w:val="0"/>
          <w:color w:val="202826"/>
          <w:sz w:val="19"/>
        </w:rPr>
      </w:r>
    </w:p>
    <w:p>
      <w:pPr>
        <w:pStyle w:val="Heading2"/>
      </w:pPr>
      <w:r>
        <w:rPr>
          <w:rFonts w:ascii="Noto Sans KR Thin" w:hAnsi="Noto Sans KR Thin" w:eastAsia="Noto Sans KR Thin"/>
          <w:b/>
          <w:i w:val="0"/>
          <w:color w:val="183A37"/>
          <w:sz w:val="23"/>
        </w:rPr>
        <w:t>5. 실행 후 확인하고 다시 설계하기</w:t>
      </w:r>
    </w:p>
    <w:p>
      <w:pPr>
        <w:spacing w:before="0" w:after="40"/>
      </w:pPr>
      <w:r>
        <w:rPr>
          <w:rFonts w:ascii="Noto Sans KR Thin" w:hAnsi="Noto Sans KR Thin" w:eastAsia="Noto Sans KR Thin"/>
          <w:b w:val="0"/>
          <w:i w:val="0"/>
          <w:color w:val="68726F"/>
          <w:sz w:val="14"/>
        </w:rPr>
        <w:t>완료기준 도달 여부, 새로 나타난 막힘, 현실 변화에 따른 우선순위·작업량 조정을 확인하십시오.</w:t>
      </w:r>
    </w:p>
    <w:tbl>
      <w:tblPr>
        <w:tblW w:type="dxa" w:w="9504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2952"/>
        <w:gridCol w:w="6552"/>
      </w:tblGrid>
      <w:tr>
        <w:trPr>
          <w:cantSplit/>
        </w:trPr>
        <w:tc>
          <w:tcPr>
            <w:tcW w:type="dxa" w:w="2952"/>
            <w:shd w:fill="183A37"/>
            <w:tcBorders>
              <w:top w:val="single" w:sz="5" w:color="183A37"/>
              <w:left w:val="single" w:sz="5" w:color="183A37"/>
              <w:bottom w:val="single" w:sz="5" w:color="183A37"/>
              <w:right w:val="single" w:sz="5" w:color="183A37"/>
              <w:insideH w:val="single" w:sz="5" w:color="183A37"/>
              <w:insideV w:val="single" w:sz="5" w:color="183A37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/>
                <w:i w:val="0"/>
                <w:color w:val="FFFFFF"/>
                <w:sz w:val="15"/>
              </w:rPr>
              <w:t>오늘의 실행 결과</w:t>
            </w:r>
          </w:p>
        </w:tc>
        <w:tc>
          <w:tcPr>
            <w:tcW w:type="dxa" w:w="6552"/>
            <w:shd w:fill="183A37"/>
            <w:tcBorders>
              <w:top w:val="single" w:sz="5" w:color="183A37"/>
              <w:left w:val="single" w:sz="5" w:color="183A37"/>
              <w:bottom w:val="single" w:sz="5" w:color="183A37"/>
              <w:right w:val="single" w:sz="5" w:color="183A37"/>
              <w:insideH w:val="single" w:sz="5" w:color="183A37"/>
              <w:insideV w:val="single" w:sz="5" w:color="183A37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/>
                <w:i w:val="0"/>
                <w:color w:val="FFFFFF"/>
                <w:sz w:val="15"/>
              </w:rPr>
              <w:t>기록</w:t>
            </w:r>
          </w:p>
        </w:tc>
      </w:tr>
      <w:tr>
        <w:trPr>
          <w:cantSplit/>
        </w:trPr>
        <w:tc>
          <w:tcPr>
            <w:tcW w:type="dxa" w:w="29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5"/>
              </w:rPr>
              <w:t>실행 결과</w:t>
            </w:r>
          </w:p>
        </w:tc>
        <w:tc>
          <w:tcPr>
            <w:tcW w:type="dxa" w:w="65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5"/>
              </w:rPr>
              <w:t>□ 완료  □ 일부 완료  □ 시작만 함  □ 시작 못함</w:t>
            </w:r>
          </w:p>
        </w:tc>
      </w:tr>
      <w:tr>
        <w:trPr>
          <w:cantSplit/>
        </w:trPr>
        <w:tc>
          <w:tcPr>
            <w:tcW w:type="dxa" w:w="29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5"/>
              </w:rPr>
              <w:t>실제로 걸린 시간</w:t>
            </w:r>
          </w:p>
        </w:tc>
        <w:tc>
          <w:tcPr>
            <w:tcW w:type="dxa" w:w="65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  <w:shd w:fill="F7F9F8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5"/>
              </w:rPr>
              <w:t>______분</w:t>
            </w:r>
          </w:p>
        </w:tc>
      </w:tr>
      <w:tr>
        <w:trPr>
          <w:cantSplit/>
        </w:trPr>
        <w:tc>
          <w:tcPr>
            <w:tcW w:type="dxa" w:w="29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5"/>
              </w:rPr>
              <w:t>조정할 것 / 다음 한 행동</w:t>
            </w:r>
          </w:p>
        </w:tc>
        <w:tc>
          <w:tcPr>
            <w:tcW w:type="dxa" w:w="6552"/>
            <w:tcBorders>
              <w:top w:val="single" w:sz="5" w:color="D8E0DD"/>
              <w:left w:val="single" w:sz="5" w:color="D8E0DD"/>
              <w:bottom w:val="single" w:sz="5" w:color="D8E0DD"/>
              <w:right w:val="single" w:sz="5" w:color="D8E0DD"/>
              <w:insideH w:val="single" w:sz="5" w:color="D8E0DD"/>
              <w:insideV w:val="single" w:sz="5" w:color="D8E0DD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r>
              <w:rPr>
                <w:rFonts w:ascii="Noto Sans KR Thin" w:hAnsi="Noto Sans KR Thin" w:eastAsia="Noto Sans KR Thin"/>
                <w:b w:val="0"/>
                <w:i w:val="0"/>
                <w:color w:val="202826"/>
                <w:sz w:val="15"/>
              </w:rPr>
            </w:r>
          </w:p>
        </w:tc>
      </w:tr>
    </w:tbl>
    <w:p>
      <w:pPr>
        <w:spacing w:before="0" w:after="0"/>
      </w:pPr>
      <w:r>
        <w:rPr>
          <w:rFonts w:ascii="Noto Sans KR Thin" w:hAnsi="Noto Sans KR Thin" w:eastAsia="Noto Sans KR Thin"/>
          <w:b w:val="0"/>
          <w:i w:val="0"/>
          <w:color w:val="202826"/>
          <w:sz w:val="19"/>
        </w:rPr>
      </w:r>
    </w:p>
    <w:p>
      <w:pPr>
        <w:pStyle w:val="Heading2"/>
      </w:pPr>
      <w:r>
        <w:rPr>
          <w:rFonts w:ascii="Noto Sans KR Thin" w:hAnsi="Noto Sans KR Thin" w:eastAsia="Noto Sans KR Thin"/>
          <w:b/>
          <w:i w:val="0"/>
          <w:color w:val="183A37"/>
          <w:sz w:val="23"/>
        </w:rPr>
        <w:t>6. 더 깊은 실행설계가 필요하다면</w:t>
      </w:r>
    </w:p>
    <w:p>
      <w:pPr>
        <w:spacing w:before="0" w:after="60"/>
      </w:pPr>
      <w:r>
        <w:rPr>
          <w:rFonts w:ascii="Noto Sans KR Thin" w:hAnsi="Noto Sans KR Thin" w:eastAsia="Noto Sans KR Thin"/>
          <w:b/>
          <w:i w:val="0"/>
          <w:color w:val="183A37"/>
          <w:sz w:val="14"/>
        </w:rPr>
        <w:t>여러 일·우선순위 → P02  |  복잡성·순서 → P03  |  완벽주의 → P04  |  중단업무 → P05  |  장벽 불명확·복합 → P01</w:t>
      </w:r>
    </w:p>
    <w:tbl>
      <w:tblPr>
        <w:tblW w:type="dxa" w:w="9504"/>
        <w:jc w:val="center"/>
        <w:tblLayout w:type="fixed"/>
        <w:tblLook w:firstColumn="1" w:firstRow="1" w:lastColumn="0" w:lastRow="0" w:noHBand="0" w:noVBand="1" w:val="04A0"/>
        <w:tblInd w:w="110" w:type="dxa"/>
      </w:tblPr>
      <w:tblGrid>
        <w:gridCol w:w="9504"/>
      </w:tblGrid>
      <w:tr>
        <w:trPr>
          <w:cantSplit/>
        </w:trPr>
        <w:tc>
          <w:tcPr>
            <w:tcW w:type="dxa" w:w="9504"/>
            <w:shd w:fill="EEF3F1"/>
            <w:tcBorders>
              <w:top w:val="single" w:sz="0" w:color="EEF3F1"/>
              <w:left w:val="single" w:sz="0" w:color="EEF3F1"/>
              <w:bottom w:val="single" w:sz="0" w:color="EEF3F1"/>
              <w:right w:val="single" w:sz="0" w:color="EEF3F1"/>
              <w:insideH w:val="single" w:sz="0" w:color="EEF3F1"/>
              <w:insideV w:val="single" w:sz="0" w:color="EEF3F1"/>
            </w:tcBorders>
            <w:tcMar>
              <w:top w:w="75" w:type="dxa"/>
              <w:start w:w="130" w:type="dxa"/>
              <w:bottom w:w="75" w:type="dxa"/>
              <w:end w:w="130" w:type="dxa"/>
            </w:tcMar>
          </w:tcPr>
          <w:p>
            <w:pPr>
              <w:spacing w:after="0"/>
            </w:pPr>
            <w:r>
              <w:rPr>
                <w:rFonts w:ascii="Noto Sans KR Thin" w:hAnsi="Noto Sans KR Thin" w:eastAsia="Noto Sans KR Thin"/>
                <w:b/>
                <w:i w:val="0"/>
                <w:color w:val="C8A96B"/>
                <w:sz w:val="15"/>
              </w:rPr>
              <w:t>AI 사용 원칙</w:t>
            </w:r>
            <w:r>
              <w:rPr>
                <w:rFonts w:ascii="Noto Sans KR Thin" w:hAnsi="Noto Sans KR Thin" w:eastAsia="Noto Sans KR Thin"/>
                <w:b/>
                <w:i w:val="0"/>
                <w:color w:val="183A37"/>
                <w:sz w:val="18"/>
              </w:rPr>
              <w:t xml:space="preserve">  “내가 어디에서 막혔는지 한 번에 하나씩 질문해줘.” 목적·우선순위·품질 기준은 직접 확인·승인하십시오.</w:t>
            </w:r>
          </w:p>
        </w:tc>
      </w:tr>
    </w:tbl>
    <w:p>
      <w:pPr>
        <w:spacing w:before="0" w:after="0"/>
      </w:pPr>
      <w:r>
        <w:rPr>
          <w:rFonts w:ascii="Noto Sans KR Thin" w:hAnsi="Noto Sans KR Thin" w:eastAsia="Noto Sans KR Thin"/>
          <w:b w:val="0"/>
          <w:i w:val="0"/>
          <w:color w:val="202826"/>
          <w:sz w:val="19"/>
        </w:rPr>
      </w:r>
    </w:p>
    <w:p>
      <w:pPr>
        <w:spacing w:before="60" w:after="0"/>
        <w:jc w:val="center"/>
      </w:pPr>
      <w:r>
        <w:rPr>
          <w:rFonts w:ascii="Noto Sans KR Thin" w:hAnsi="Noto Sans KR Thin" w:eastAsia="Noto Sans KR Thin"/>
          <w:b/>
          <w:i w:val="0"/>
          <w:color w:val="183A37"/>
          <w:sz w:val="15"/>
        </w:rPr>
        <w:t>TODAY’S INSIGHT  AI는 의지력을 대신하지 않습니다. 의지력이 필요한 순간을 줄여줄 수 있습니다.</w:t>
      </w:r>
    </w:p>
    <w:p>
      <w:r>
        <w:br w:type="page"/>
      </w:r>
    </w:p>
    <w:p>
      <w:pPr>
        <w:spacing w:after="100"/>
      </w:pPr>
      <w:r>
        <w:rPr>
          <w:rFonts w:ascii="Noto Sans KR Thin" w:hAnsi="Noto Sans KR Thin" w:eastAsia="Noto Sans KR Thin"/>
          <w:b/>
          <w:color w:val="B08D57"/>
          <w:sz w:val="16"/>
        </w:rPr>
        <w:t>S1-07 · PROMPT ROUTE MAP</w:t>
      </w:r>
    </w:p>
    <w:p>
      <w:pPr>
        <w:pStyle w:val="Heading1"/>
        <w:keepNext/>
        <w:spacing w:after="160"/>
      </w:pPr>
      <w:r>
        <w:rPr>
          <w:rFonts w:ascii="Noto Sans KR Thin" w:hAnsi="Noto Sans KR Thin" w:eastAsia="Noto Sans KR Thin"/>
          <w:b/>
          <w:color w:val="000000"/>
          <w:sz w:val="40"/>
        </w:rPr>
        <w:t>점검 결과에 맞는 프롬프트를 선택하십시오</w:t>
      </w:r>
    </w:p>
    <w:p>
      <w:pPr>
        <w:spacing w:line="324" w:lineRule="auto" w:after="120"/>
      </w:pPr>
      <w:r>
        <w:rPr>
          <w:rFonts w:ascii="Noto Sans KR Thin" w:hAnsi="Noto Sans KR Thin" w:eastAsia="Noto Sans KR Thin"/>
          <w:b w:val="0"/>
          <w:color w:val="2F3937"/>
          <w:sz w:val="20"/>
        </w:rPr>
        <w:t>빠른 점검표에서 오늘 가장 먼저 줄일 실행장벽 하나를 고른 뒤, 아래 경로에서 가장 가까운 프롬프트 하나만 사용하십시오. 여러 문제가 겹쳐 있어도 처음에는 한 가지 장벽부터 줄이는 편이 실행하기 쉽습니다.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58"/>
        <w:gridCol w:w="3058"/>
        <w:gridCol w:w="3058"/>
      </w:tblGrid>
      <w:tr>
        <w:trPr>
          <w:cantSplit/>
        </w:trPr>
        <w:tc>
          <w:tcPr>
            <w:tcW w:type="dxa" w:w="2304"/>
            <w:shd w:fill="183A3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/>
                <w:color w:val="FFFFFF"/>
                <w:sz w:val="18"/>
              </w:rPr>
              <w:t>점검 결과</w:t>
            </w:r>
          </w:p>
        </w:tc>
        <w:tc>
          <w:tcPr>
            <w:tcW w:type="dxa" w:w="3096"/>
            <w:shd w:fill="183A3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/>
                <w:color w:val="FFFFFF"/>
                <w:sz w:val="18"/>
              </w:rPr>
              <w:t>선택할 프롬프트</w:t>
            </w:r>
          </w:p>
        </w:tc>
        <w:tc>
          <w:tcPr>
            <w:tcW w:type="dxa" w:w="4032"/>
            <w:shd w:fill="183A3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center"/>
            </w:pPr>
            <w:r>
              <w:rPr>
                <w:rFonts w:ascii="Noto Sans KR Thin" w:hAnsi="Noto Sans KR Thin" w:eastAsia="Noto Sans KR Thin"/>
                <w:b/>
                <w:color w:val="FFFFFF"/>
                <w:sz w:val="18"/>
              </w:rPr>
              <w:t>주요 결과</w:t>
            </w:r>
          </w:p>
        </w:tc>
      </w:tr>
      <w:tr>
        <w:trPr>
          <w:cantSplit/>
        </w:trPr>
        <w:tc>
          <w:tcPr>
            <w:tcW w:type="dxa" w:w="230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8"/>
              </w:rPr>
              <w:t>과다한 할 일</w:t>
              <w:br/>
              <w:t>우선순위 충돌</w:t>
            </w:r>
          </w:p>
        </w:tc>
        <w:tc>
          <w:tcPr>
            <w:tcW w:type="dxa" w:w="30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/>
                <w:color w:val="2F3937"/>
                <w:sz w:val="18"/>
              </w:rPr>
              <w:t>A 다중업무 일간 실행계획</w:t>
            </w:r>
          </w:p>
        </w:tc>
        <w:tc>
          <w:tcPr>
            <w:tcW w:type="dxa" w:w="403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8"/>
              </w:rPr>
              <w:t>오늘 할 일과 하지 않을 일, 실행 순서</w:t>
            </w:r>
          </w:p>
        </w:tc>
      </w:tr>
      <w:tr>
        <w:trPr>
          <w:cantSplit/>
        </w:trPr>
        <w:tc>
          <w:tcPr>
            <w:tcW w:type="dxa" w:w="2304"/>
            <w:shd w:fill="F5F7F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8"/>
              </w:rPr>
              <w:t>업무 불명확</w:t>
              <w:br/>
              <w:t>순서 의존관계</w:t>
            </w:r>
          </w:p>
        </w:tc>
        <w:tc>
          <w:tcPr>
            <w:tcW w:type="dxa" w:w="3096"/>
            <w:shd w:fill="F5F7F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/>
                <w:color w:val="2F3937"/>
                <w:sz w:val="18"/>
              </w:rPr>
              <w:t>B 복잡업무 분해</w:t>
            </w:r>
          </w:p>
        </w:tc>
        <w:tc>
          <w:tcPr>
            <w:tcW w:type="dxa" w:w="4032"/>
            <w:shd w:fill="F5F7F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8"/>
              </w:rPr>
              <w:t>선행조건, 단계별 결과, 첫 작업</w:t>
            </w:r>
          </w:p>
        </w:tc>
      </w:tr>
      <w:tr>
        <w:trPr>
          <w:cantSplit/>
        </w:trPr>
        <w:tc>
          <w:tcPr>
            <w:tcW w:type="dxa" w:w="230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8"/>
              </w:rPr>
              <w:t>큰 첫 단계</w:t>
              <w:br/>
              <w:t>시간 에너지 부족</w:t>
            </w:r>
          </w:p>
        </w:tc>
        <w:tc>
          <w:tcPr>
            <w:tcW w:type="dxa" w:w="30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/>
                <w:color w:val="2F3937"/>
                <w:sz w:val="18"/>
              </w:rPr>
              <w:t>C 시작 행동 만들기</w:t>
            </w:r>
          </w:p>
        </w:tc>
        <w:tc>
          <w:tcPr>
            <w:tcW w:type="dxa" w:w="403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8"/>
              </w:rPr>
              <w:t>현재 조건에 맞는 가장 작은 첫 행동</w:t>
            </w:r>
          </w:p>
        </w:tc>
      </w:tr>
      <w:tr>
        <w:trPr>
          <w:cantSplit/>
        </w:trPr>
        <w:tc>
          <w:tcPr>
            <w:tcW w:type="dxa" w:w="2304"/>
            <w:shd w:fill="F5F7F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8"/>
              </w:rPr>
              <w:t>완벽주의</w:t>
            </w:r>
          </w:p>
        </w:tc>
        <w:tc>
          <w:tcPr>
            <w:tcW w:type="dxa" w:w="3096"/>
            <w:shd w:fill="F5F7F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/>
                <w:color w:val="2F3937"/>
                <w:sz w:val="18"/>
              </w:rPr>
              <w:t>D 최소완료기준</w:t>
            </w:r>
          </w:p>
        </w:tc>
        <w:tc>
          <w:tcPr>
            <w:tcW w:type="dxa" w:w="4032"/>
            <w:shd w:fill="F5F7F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8"/>
              </w:rPr>
              <w:t>오늘 충분한 품질과 멈출 기준</w:t>
            </w:r>
          </w:p>
        </w:tc>
      </w:tr>
      <w:tr>
        <w:trPr>
          <w:cantSplit/>
        </w:trPr>
        <w:tc>
          <w:tcPr>
            <w:tcW w:type="dxa" w:w="230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8"/>
              </w:rPr>
              <w:t>재시작 어려움</w:t>
            </w:r>
          </w:p>
        </w:tc>
        <w:tc>
          <w:tcPr>
            <w:tcW w:type="dxa" w:w="30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/>
                <w:color w:val="2F3937"/>
                <w:sz w:val="18"/>
              </w:rPr>
              <w:t>E 중단업무 재시작</w:t>
            </w:r>
          </w:p>
        </w:tc>
        <w:tc>
          <w:tcPr>
            <w:tcW w:type="dxa" w:w="403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left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8"/>
              </w:rPr>
              <w:t>현재 상태 복구와 재시작 지점</w:t>
            </w:r>
          </w:p>
        </w:tc>
      </w:tr>
    </w:tbl>
    <w:p>
      <w:pPr>
        <w:pStyle w:val="Heading2"/>
        <w:keepNext/>
        <w:spacing w:before="160" w:after="100"/>
      </w:pPr>
      <w:r>
        <w:rPr>
          <w:rFonts w:ascii="Noto Sans KR Thin" w:hAnsi="Noto Sans KR Thin" w:eastAsia="Noto Sans KR Thin"/>
          <w:b/>
          <w:color w:val="000000"/>
          <w:sz w:val="25"/>
        </w:rPr>
        <w:t>공통 사용 원칙</w:t>
      </w:r>
    </w:p>
    <w:p>
      <w:pPr>
        <w:pStyle w:val="ListBullet"/>
        <w:spacing w:after="40" w:line="276" w:lineRule="auto"/>
        <w:ind w:left="288" w:hanging="173"/>
      </w:pPr>
      <w:r>
        <w:rPr>
          <w:rFonts w:ascii="Noto Sans KR Thin" w:hAnsi="Noto Sans KR Thin" w:eastAsia="Noto Sans KR Thin"/>
          <w:b w:val="0"/>
          <w:color w:val="2F3937"/>
          <w:sz w:val="18"/>
        </w:rPr>
        <w:t>AI에게 최종 계획부터 만들게 하지 말고, 필요한 질문을 한 번에 하나씩 하게 하십시오.</w:t>
      </w:r>
    </w:p>
    <w:p>
      <w:pPr>
        <w:pStyle w:val="ListBullet"/>
        <w:spacing w:after="40" w:line="276" w:lineRule="auto"/>
        <w:ind w:left="288" w:hanging="173"/>
      </w:pPr>
      <w:r>
        <w:rPr>
          <w:rFonts w:ascii="Noto Sans KR Thin" w:hAnsi="Noto Sans KR Thin" w:eastAsia="Noto Sans KR Thin"/>
          <w:b w:val="0"/>
          <w:color w:val="2F3937"/>
          <w:sz w:val="18"/>
        </w:rPr>
        <w:t>정보가 부족하면 AI가 추정하지 않고 다시 확인하게 하십시오.</w:t>
      </w:r>
    </w:p>
    <w:p>
      <w:pPr>
        <w:pStyle w:val="ListBullet"/>
        <w:spacing w:after="40" w:line="276" w:lineRule="auto"/>
        <w:ind w:left="288" w:hanging="173"/>
      </w:pPr>
      <w:r>
        <w:rPr>
          <w:rFonts w:ascii="Noto Sans KR Thin" w:hAnsi="Noto Sans KR Thin" w:eastAsia="Noto Sans KR Thin"/>
          <w:b w:val="0"/>
          <w:color w:val="2F3937"/>
          <w:sz w:val="18"/>
        </w:rPr>
        <w:t>목적, 우선순위, 품질 기준, 건강, 직무 위험, 조직 규정은 사용자가 확인하고 승인하십시오.</w:t>
      </w:r>
    </w:p>
    <w:p>
      <w:pPr>
        <w:pStyle w:val="ListBullet"/>
        <w:spacing w:after="40" w:line="276" w:lineRule="auto"/>
        <w:ind w:left="288" w:hanging="173"/>
      </w:pPr>
      <w:r>
        <w:rPr>
          <w:rFonts w:ascii="Noto Sans KR Thin" w:hAnsi="Noto Sans KR Thin" w:eastAsia="Noto Sans KR Thin"/>
          <w:b w:val="0"/>
          <w:color w:val="2F3937"/>
          <w:sz w:val="18"/>
        </w:rPr>
        <w:t>첫 행동을 실행한 뒤 결과를 다시 알려주고 다음 행동 하나만 조정하십시오.</w:t>
      </w:r>
    </w:p>
    <w:p>
      <w:pPr>
        <w:spacing w:before="80"/>
        <w:jc w:val="right"/>
      </w:pPr>
      <w:r>
        <w:rPr>
          <w:rFonts w:ascii="Noto Sans KR Thin" w:hAnsi="Noto Sans KR Thin" w:eastAsia="Noto Sans KR Thin"/>
          <w:b w:val="0"/>
          <w:color w:val="6E7674"/>
          <w:sz w:val="15"/>
        </w:rPr>
        <w:t>SUCCESS LAB | AI 시대 인간 역량 연구소 | S1-07</w:t>
      </w:r>
    </w:p>
    <w:p>
      <w:r>
        <w:br w:type="page"/>
      </w:r>
    </w:p>
    <w:p>
      <w:pPr>
        <w:spacing w:after="100"/>
      </w:pPr>
      <w:r>
        <w:rPr>
          <w:rFonts w:ascii="Noto Sans KR Thin" w:hAnsi="Noto Sans KR Thin" w:eastAsia="Noto Sans KR Thin"/>
          <w:b/>
          <w:color w:val="B08D57"/>
          <w:sz w:val="16"/>
        </w:rPr>
        <w:t>S1-07 · SITUATIONAL AI PROMPT · A</w:t>
      </w:r>
    </w:p>
    <w:p>
      <w:pPr>
        <w:pStyle w:val="Heading1"/>
        <w:keepNext/>
        <w:spacing w:after="160"/>
      </w:pPr>
      <w:r>
        <w:rPr>
          <w:rFonts w:ascii="Noto Sans KR Thin" w:hAnsi="Noto Sans KR Thin" w:eastAsia="Noto Sans KR Thin"/>
          <w:b/>
          <w:color w:val="000000"/>
          <w:sz w:val="40"/>
        </w:rPr>
        <w:t>할 일이 많을 때 일간 실행계획 만들기</w:t>
      </w:r>
    </w:p>
    <w:p>
      <w:pPr>
        <w:spacing w:line="324" w:lineRule="auto" w:after="120"/>
      </w:pPr>
      <w:r>
        <w:rPr>
          <w:rFonts w:ascii="Noto Sans KR Thin" w:hAnsi="Noto Sans KR Thin" w:eastAsia="Noto Sans KR Thin"/>
          <w:b/>
          <w:color w:val="2F3937"/>
          <w:sz w:val="20"/>
        </w:rPr>
        <w:t xml:space="preserve">이 프롬프트가 필요한 때  </w:t>
      </w:r>
      <w:r>
        <w:rPr>
          <w:rFonts w:ascii="Noto Sans KR Thin" w:hAnsi="Noto Sans KR Thin" w:eastAsia="Noto Sans KR Thin"/>
          <w:b w:val="0"/>
          <w:color w:val="2F3937"/>
          <w:sz w:val="20"/>
        </w:rPr>
        <w:t>할 일이 너무 많거나 모두 중요해 보여 무엇을 보류할지 결정하기 어려울 때 사용합니다.</w:t>
      </w:r>
    </w:p>
    <w:p>
      <w:pPr>
        <w:spacing w:line="324" w:lineRule="auto" w:after="120"/>
      </w:pPr>
      <w:r>
        <w:rPr>
          <w:rFonts w:ascii="Noto Sans KR Thin" w:hAnsi="Noto Sans KR Thin" w:eastAsia="Noto Sans KR Thin"/>
          <w:b/>
          <w:color w:val="2F3937"/>
          <w:sz w:val="20"/>
        </w:rPr>
        <w:t xml:space="preserve">얻게 될 결과  </w:t>
      </w:r>
      <w:r>
        <w:rPr>
          <w:rFonts w:ascii="Noto Sans KR Thin" w:hAnsi="Noto Sans KR Thin" w:eastAsia="Noto Sans KR Thin"/>
          <w:b w:val="0"/>
          <w:color w:val="2F3937"/>
          <w:sz w:val="20"/>
        </w:rPr>
        <w:t>오늘 반드시 할 일, 하지 않을 일, 실행 순서, 완료조건과 첫 행동을 정합니다.</w:t>
      </w:r>
    </w:p>
    <w:p>
      <w:pPr>
        <w:pStyle w:val="Heading2"/>
        <w:keepNext/>
        <w:spacing w:before="160" w:after="100"/>
      </w:pPr>
      <w:r>
        <w:rPr>
          <w:rFonts w:ascii="Noto Sans KR Thin" w:hAnsi="Noto Sans KR Thin" w:eastAsia="Noto Sans KR Thin"/>
          <w:b/>
          <w:color w:val="000000"/>
          <w:sz w:val="25"/>
        </w:rPr>
        <w:t>복사해서 AI에 입력하십시오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32"/>
      </w:tblGrid>
      <w:tr>
        <w:trPr>
          <w:cantSplit/>
        </w:trPr>
        <w:tc>
          <w:tcPr>
            <w:tcW w:type="dxa" w:w="9432"/>
            <w:vAlign w:val="center"/>
            <w:shd w:fill="F3F6F4"/>
            <w:tcBorders>
              <w:top w:val="single" w:sz="7" w:color="B7C6C1"/>
              <w:left w:val="single" w:sz="7" w:color="B7C6C1"/>
              <w:bottom w:val="single" w:sz="7" w:color="B7C6C1"/>
              <w:right w:val="single" w:sz="7" w:color="B7C6C1"/>
              <w:insideH w:val="single" w:sz="7" w:color="B7C6C1"/>
              <w:insideV w:val="single" w:sz="7" w:color="B7C6C1"/>
            </w:tcBorders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line="278" w:lineRule="auto" w:after="0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6"/>
              </w:rPr>
              <w:t>나는 해야 할 일이 많아 무엇부터 시작해야 할지 정하지 못하고 있습니다.</w:t>
              <w:br/>
              <w:br/>
              <w:t>단순히 할 일 목록을 다시 정리하거나 모든 일을 오늘 일정에 넣지 말고, 오늘 실제로 움직일 수 있는 일간 실행계획을 함께 만들어주세요.</w:t>
              <w:br/>
              <w:br/>
              <w:t>먼저 다음 정보를 한 번에 하나씩 질문해주세요.</w:t>
              <w:br/>
              <w:t>1. 현재 쌓여 있는 업무와 각각의 마감기한</w:t>
              <w:br/>
              <w:t>2. 미루면 다른 업무나 사람이 멈추는 일</w:t>
              <w:br/>
              <w:t>3. 다른 사람의 승인, 자료 또는 선행업무를 기다리는 일</w:t>
              <w:br/>
              <w:t>4. 오늘 나만 판단하거나 결정할 수 있는 일</w:t>
              <w:br/>
              <w:t>5. 오늘 사용할 수 있는 시간과 에너지</w:t>
              <w:br/>
              <w:br/>
              <w:t>정보가 부족하면 중요도를 임의로 추정하지 말고 다시 질문해주세요.</w:t>
              <w:br/>
              <w:br/>
              <w:t>질문이 끝나면 업무를 다음 네 영역으로 나눠주세요.</w:t>
              <w:br/>
              <w:t>- 오늘 반드시 해야 할 일</w:t>
              <w:br/>
              <w:t>- 시간이 남으면 할 일</w:t>
              <w:br/>
              <w:t>- 다른 사람, 승인 또는 자료를 기다리는 일</w:t>
              <w:br/>
              <w:t>- 오늘 하지 않을 일</w:t>
              <w:br/>
              <w:br/>
              <w:t>그다음 오늘의 핵심 결과, 권장 실행 순서, 각 업무의 예상시간과 완료조건, 지금 바로 시작할 첫 행동을 제시해주세요. 마지막에는 지금 해야 할 첫 행동 하나만 한 문장으로 알려주세요.</w:t>
            </w:r>
          </w:p>
        </w:tc>
      </w:tr>
    </w:tbl>
    <w:p>
      <w:pPr>
        <w:spacing w:after="0"/>
      </w:pPr>
    </w:p>
    <w:p>
      <w:pPr>
        <w:spacing w:before="80"/>
        <w:jc w:val="right"/>
      </w:pPr>
      <w:r>
        <w:rPr>
          <w:rFonts w:ascii="Noto Sans KR Thin" w:hAnsi="Noto Sans KR Thin" w:eastAsia="Noto Sans KR Thin"/>
          <w:b w:val="0"/>
          <w:color w:val="6E7674"/>
          <w:sz w:val="15"/>
        </w:rPr>
        <w:t>SUCCESS LAB | AI 시대 인간 역량 연구소 | S1-07</w:t>
      </w:r>
    </w:p>
    <w:p>
      <w:r>
        <w:br w:type="page"/>
      </w:r>
    </w:p>
    <w:p>
      <w:pPr>
        <w:spacing w:after="100"/>
      </w:pPr>
      <w:r>
        <w:rPr>
          <w:rFonts w:ascii="Noto Sans KR Thin" w:hAnsi="Noto Sans KR Thin" w:eastAsia="Noto Sans KR Thin"/>
          <w:b/>
          <w:color w:val="B08D57"/>
          <w:sz w:val="16"/>
        </w:rPr>
        <w:t>S1-07 · SITUATIONAL AI PROMPT · B</w:t>
      </w:r>
    </w:p>
    <w:p>
      <w:pPr>
        <w:pStyle w:val="Heading1"/>
        <w:keepNext/>
        <w:spacing w:after="160"/>
      </w:pPr>
      <w:r>
        <w:rPr>
          <w:rFonts w:ascii="Noto Sans KR Thin" w:hAnsi="Noto Sans KR Thin" w:eastAsia="Noto Sans KR Thin"/>
          <w:b/>
          <w:color w:val="000000"/>
          <w:sz w:val="40"/>
        </w:rPr>
        <w:t>복잡한 업무를 실행 가능한 순서로 나누기</w:t>
      </w:r>
    </w:p>
    <w:p>
      <w:pPr>
        <w:spacing w:line="324" w:lineRule="auto" w:after="120"/>
      </w:pPr>
      <w:r>
        <w:rPr>
          <w:rFonts w:ascii="Noto Sans KR Thin" w:hAnsi="Noto Sans KR Thin" w:eastAsia="Noto Sans KR Thin"/>
          <w:b/>
          <w:color w:val="2F3937"/>
          <w:sz w:val="20"/>
        </w:rPr>
        <w:t xml:space="preserve">이 프롬프트가 필요한 때  </w:t>
      </w:r>
      <w:r>
        <w:rPr>
          <w:rFonts w:ascii="Noto Sans KR Thin" w:hAnsi="Noto Sans KR Thin" w:eastAsia="Noto Sans KR Thin"/>
          <w:b w:val="0"/>
          <w:color w:val="2F3937"/>
          <w:sz w:val="20"/>
        </w:rPr>
        <w:t>일이 너무 크거나 복잡하고, 무엇을 먼저 해야 다음 작업이 가능한지 보이지 않을 때 사용합니다.</w:t>
      </w:r>
    </w:p>
    <w:p>
      <w:pPr>
        <w:spacing w:line="324" w:lineRule="auto" w:after="120"/>
      </w:pPr>
      <w:r>
        <w:rPr>
          <w:rFonts w:ascii="Noto Sans KR Thin" w:hAnsi="Noto Sans KR Thin" w:eastAsia="Noto Sans KR Thin"/>
          <w:b/>
          <w:color w:val="2F3937"/>
          <w:sz w:val="20"/>
        </w:rPr>
        <w:t xml:space="preserve">얻게 될 결과  </w:t>
      </w:r>
      <w:r>
        <w:rPr>
          <w:rFonts w:ascii="Noto Sans KR Thin" w:hAnsi="Noto Sans KR Thin" w:eastAsia="Noto Sans KR Thin"/>
          <w:b w:val="0"/>
          <w:color w:val="2F3937"/>
          <w:sz w:val="20"/>
        </w:rPr>
        <w:t>선행조건, 단계별 결과, 완료조건과 오늘 시작할 작업을 정합니다.</w:t>
      </w:r>
    </w:p>
    <w:p>
      <w:pPr>
        <w:pStyle w:val="Heading2"/>
        <w:keepNext/>
        <w:spacing w:before="160" w:after="100"/>
      </w:pPr>
      <w:r>
        <w:rPr>
          <w:rFonts w:ascii="Noto Sans KR Thin" w:hAnsi="Noto Sans KR Thin" w:eastAsia="Noto Sans KR Thin"/>
          <w:b/>
          <w:color w:val="000000"/>
          <w:sz w:val="25"/>
        </w:rPr>
        <w:t>복사해서 AI에 입력하십시오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32"/>
      </w:tblGrid>
      <w:tr>
        <w:trPr>
          <w:cantSplit/>
        </w:trPr>
        <w:tc>
          <w:tcPr>
            <w:tcW w:type="dxa" w:w="9432"/>
            <w:vAlign w:val="center"/>
            <w:shd w:fill="F3F6F4"/>
            <w:tcBorders>
              <w:top w:val="single" w:sz="7" w:color="B7C6C1"/>
              <w:left w:val="single" w:sz="7" w:color="B7C6C1"/>
              <w:bottom w:val="single" w:sz="7" w:color="B7C6C1"/>
              <w:right w:val="single" w:sz="7" w:color="B7C6C1"/>
              <w:insideH w:val="single" w:sz="7" w:color="B7C6C1"/>
              <w:insideV w:val="single" w:sz="7" w:color="B7C6C1"/>
            </w:tcBorders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line="278" w:lineRule="auto" w:after="0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6"/>
              </w:rPr>
              <w:t>나는 이 업무가 크고 복잡하거나 순서가 보이지 않아 시작하지 못하고 있습니다.</w:t>
              <w:br/>
              <w:br/>
              <w:t>업무 전체 계획을 한 번에 만들지 말고, 먼저 현재 상태와 선행조건을 파악해주세요. 다음 내용을 한 번에 하나씩 질문해주세요.</w:t>
              <w:br/>
              <w:t>1. 최종적으로 만들어야 하는 결과</w:t>
              <w:br/>
              <w:t>2. 이미 준비된 자료와 아직 없는 자료</w:t>
              <w:br/>
              <w:t>3. 다른 사람의 결정이나 승인이 필요한 지점</w:t>
              <w:br/>
              <w:t>4. 먼저 끝나야 다음 단계가 가능한 일</w:t>
              <w:br/>
              <w:t>5. 지금 가장 모호하거나 위험한 부분</w:t>
              <w:br/>
              <w:t>6. 오늘 사용할 수 있는 시간</w:t>
              <w:br/>
              <w:br/>
              <w:t>답변을 받은 뒤 업무를 실행 가능한 단계로 나누고, 각 단계마다 다음을 표시해주세요.</w:t>
              <w:br/>
              <w:t>- 단계별로 만들어져야 할 눈에 보이는 결과</w:t>
              <w:br/>
              <w:t>- 선행조건</w:t>
              <w:br/>
              <w:t>- 완료조건</w:t>
              <w:br/>
              <w:t>- 확인 또는 승인이 필요한 사람</w:t>
              <w:br/>
              <w:t>- 예상 소요시간</w:t>
              <w:br/>
              <w:br/>
              <w:t>오늘은 전체 업무를 끝내려 하지 말고, 다음 단계를 움직이게 만드는 결과 하나를 정해주세요. 마지막에는 지금 바로 시작할 물리적 행동 하나를 제시해주세요.</w:t>
            </w:r>
          </w:p>
        </w:tc>
      </w:tr>
    </w:tbl>
    <w:p>
      <w:pPr>
        <w:spacing w:after="0"/>
      </w:pPr>
    </w:p>
    <w:p>
      <w:pPr>
        <w:spacing w:before="80"/>
        <w:jc w:val="right"/>
      </w:pPr>
      <w:r>
        <w:rPr>
          <w:rFonts w:ascii="Noto Sans KR Thin" w:hAnsi="Noto Sans KR Thin" w:eastAsia="Noto Sans KR Thin"/>
          <w:b w:val="0"/>
          <w:color w:val="6E7674"/>
          <w:sz w:val="15"/>
        </w:rPr>
        <w:t>SUCCESS LAB | AI 시대 인간 역량 연구소 | S1-07</w:t>
      </w:r>
    </w:p>
    <w:p>
      <w:r>
        <w:br w:type="page"/>
      </w:r>
    </w:p>
    <w:p>
      <w:pPr>
        <w:spacing w:after="100"/>
      </w:pPr>
      <w:r>
        <w:rPr>
          <w:rFonts w:ascii="Noto Sans KR Thin" w:hAnsi="Noto Sans KR Thin" w:eastAsia="Noto Sans KR Thin"/>
          <w:b/>
          <w:color w:val="B08D57"/>
          <w:sz w:val="16"/>
        </w:rPr>
        <w:t>S1-07 · SITUATIONAL AI PROMPT · C</w:t>
      </w:r>
    </w:p>
    <w:p>
      <w:pPr>
        <w:pStyle w:val="Heading1"/>
        <w:keepNext/>
        <w:spacing w:after="160"/>
      </w:pPr>
      <w:r>
        <w:rPr>
          <w:rFonts w:ascii="Noto Sans KR Thin" w:hAnsi="Noto Sans KR Thin" w:eastAsia="Noto Sans KR Thin"/>
          <w:b/>
          <w:color w:val="000000"/>
          <w:sz w:val="40"/>
        </w:rPr>
        <w:t>첫 행동이 너무 클 때 시작 행동 만들기</w:t>
      </w:r>
    </w:p>
    <w:p>
      <w:pPr>
        <w:spacing w:line="324" w:lineRule="auto" w:after="120"/>
      </w:pPr>
      <w:r>
        <w:rPr>
          <w:rFonts w:ascii="Noto Sans KR Thin" w:hAnsi="Noto Sans KR Thin" w:eastAsia="Noto Sans KR Thin"/>
          <w:b/>
          <w:color w:val="2F3937"/>
          <w:sz w:val="20"/>
        </w:rPr>
        <w:t xml:space="preserve">이 프롬프트가 필요한 때  </w:t>
      </w:r>
      <w:r>
        <w:rPr>
          <w:rFonts w:ascii="Noto Sans KR Thin" w:hAnsi="Noto Sans KR Thin" w:eastAsia="Noto Sans KR Thin"/>
          <w:b w:val="0"/>
          <w:color w:val="2F3937"/>
          <w:sz w:val="20"/>
        </w:rPr>
        <w:t>해야 할 일은 알지만 첫 단계가 막막하거나, 현재 시간과 에너지에 비해 일이 너무 크게 느껴질 때 사용합니다.</w:t>
      </w:r>
    </w:p>
    <w:p>
      <w:pPr>
        <w:spacing w:line="324" w:lineRule="auto" w:after="120"/>
      </w:pPr>
      <w:r>
        <w:rPr>
          <w:rFonts w:ascii="Noto Sans KR Thin" w:hAnsi="Noto Sans KR Thin" w:eastAsia="Noto Sans KR Thin"/>
          <w:b/>
          <w:color w:val="2F3937"/>
          <w:sz w:val="20"/>
        </w:rPr>
        <w:t xml:space="preserve">얻게 될 결과  </w:t>
      </w:r>
      <w:r>
        <w:rPr>
          <w:rFonts w:ascii="Noto Sans KR Thin" w:hAnsi="Noto Sans KR Thin" w:eastAsia="Noto Sans KR Thin"/>
          <w:b w:val="0"/>
          <w:color w:val="2F3937"/>
          <w:sz w:val="20"/>
        </w:rPr>
        <w:t>오늘 보일 최소 결과와 2분 안에 착수할 수 있는 첫 행동을 정합니다.</w:t>
      </w:r>
    </w:p>
    <w:p>
      <w:pPr>
        <w:pStyle w:val="Heading2"/>
        <w:keepNext/>
        <w:spacing w:before="160" w:after="100"/>
      </w:pPr>
      <w:r>
        <w:rPr>
          <w:rFonts w:ascii="Noto Sans KR Thin" w:hAnsi="Noto Sans KR Thin" w:eastAsia="Noto Sans KR Thin"/>
          <w:b/>
          <w:color w:val="000000"/>
          <w:sz w:val="25"/>
        </w:rPr>
        <w:t>복사해서 AI에 입력하십시오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32"/>
      </w:tblGrid>
      <w:tr>
        <w:trPr>
          <w:cantSplit/>
        </w:trPr>
        <w:tc>
          <w:tcPr>
            <w:tcW w:type="dxa" w:w="9432"/>
            <w:vAlign w:val="center"/>
            <w:shd w:fill="F3F6F4"/>
            <w:tcBorders>
              <w:top w:val="single" w:sz="7" w:color="B7C6C1"/>
              <w:left w:val="single" w:sz="7" w:color="B7C6C1"/>
              <w:bottom w:val="single" w:sz="7" w:color="B7C6C1"/>
              <w:right w:val="single" w:sz="7" w:color="B7C6C1"/>
              <w:insideH w:val="single" w:sz="7" w:color="B7C6C1"/>
              <w:insideV w:val="single" w:sz="7" w:color="B7C6C1"/>
            </w:tcBorders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line="278" w:lineRule="auto" w:after="0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6"/>
              </w:rPr>
              <w:t>나는 해야 할 일과 중요성을 알고 있지만 첫 행동이 너무 크거나, 현재 시간과 에너지가 부족해 시작하지 못하고 있습니다.</w:t>
              <w:br/>
              <w:br/>
              <w:t>나를 격려하거나 긴 계획을 제시하기 전에 다음 내용을 한 번에 하나씩 질문해주세요.</w:t>
              <w:br/>
              <w:t>1. 지금 해야 할 일</w:t>
              <w:br/>
              <w:t>2. 오늘 사용할 수 있는 실제 시간</w:t>
              <w:br/>
              <w:t>3. 현재 에너지 상태를 10점 만점으로 평가한 값</w:t>
              <w:br/>
              <w:t>4. 준비된 자료와 도구</w:t>
              <w:br/>
              <w:t>5. 시작할 때 가장 부담스럽게 느껴지는 부분</w:t>
              <w:br/>
              <w:br/>
              <w:t>답변을 바탕으로 오늘 보일 수 있는 최소 결과를 정해주세요. 그 결과로 이어지는 첫 행동을 2분 안에 시작할 수 있고, 몸으로 수행할 수 있으며, 끝났는지 확인할 수 있는 표현으로 바꿔주세요.</w:t>
              <w:br/>
              <w:br/>
              <w:t>예를 들어 ‘보고서를 준비한다’가 아니라 ‘지난달 보고서를 열고 목차를 새 문서에 복사한다’처럼 작성해주세요.</w:t>
              <w:br/>
              <w:br/>
              <w:t>시작 시점이나 신호, 예상 소요시간, 첫 행동이 끝난 뒤 확인할 항목도 함께 정해주세요. 마지막에는 다른 설명 없이 지금 할 첫 행동 한 문장만 다시 보여주세요.</w:t>
            </w:r>
          </w:p>
        </w:tc>
      </w:tr>
    </w:tbl>
    <w:p>
      <w:pPr>
        <w:spacing w:after="0"/>
      </w:pPr>
    </w:p>
    <w:p>
      <w:pPr>
        <w:spacing w:before="80"/>
        <w:jc w:val="right"/>
      </w:pPr>
      <w:r>
        <w:rPr>
          <w:rFonts w:ascii="Noto Sans KR Thin" w:hAnsi="Noto Sans KR Thin" w:eastAsia="Noto Sans KR Thin"/>
          <w:b w:val="0"/>
          <w:color w:val="6E7674"/>
          <w:sz w:val="15"/>
        </w:rPr>
        <w:t>SUCCESS LAB | AI 시대 인간 역량 연구소 | S1-07</w:t>
      </w:r>
    </w:p>
    <w:p>
      <w:r>
        <w:br w:type="page"/>
      </w:r>
    </w:p>
    <w:p>
      <w:pPr>
        <w:spacing w:after="100"/>
      </w:pPr>
      <w:r>
        <w:rPr>
          <w:rFonts w:ascii="Noto Sans KR Thin" w:hAnsi="Noto Sans KR Thin" w:eastAsia="Noto Sans KR Thin"/>
          <w:b/>
          <w:color w:val="B08D57"/>
          <w:sz w:val="16"/>
        </w:rPr>
        <w:t>S1-07 · SITUATIONAL AI PROMPT · D</w:t>
      </w:r>
    </w:p>
    <w:p>
      <w:pPr>
        <w:pStyle w:val="Heading1"/>
        <w:keepNext/>
        <w:spacing w:after="160"/>
      </w:pPr>
      <w:r>
        <w:rPr>
          <w:rFonts w:ascii="Noto Sans KR Thin" w:hAnsi="Noto Sans KR Thin" w:eastAsia="Noto Sans KR Thin"/>
          <w:b/>
          <w:color w:val="000000"/>
          <w:sz w:val="40"/>
        </w:rPr>
        <w:t>완벽주의로 멈췄을 때 최소완료기준 정하기</w:t>
      </w:r>
    </w:p>
    <w:p>
      <w:pPr>
        <w:spacing w:line="324" w:lineRule="auto" w:after="120"/>
      </w:pPr>
      <w:r>
        <w:rPr>
          <w:rFonts w:ascii="Noto Sans KR Thin" w:hAnsi="Noto Sans KR Thin" w:eastAsia="Noto Sans KR Thin"/>
          <w:b/>
          <w:color w:val="2F3937"/>
          <w:sz w:val="20"/>
        </w:rPr>
        <w:t xml:space="preserve">이 프롬프트가 필요한 때  </w:t>
      </w:r>
      <w:r>
        <w:rPr>
          <w:rFonts w:ascii="Noto Sans KR Thin" w:hAnsi="Noto Sans KR Thin" w:eastAsia="Noto Sans KR Thin"/>
          <w:b w:val="0"/>
          <w:color w:val="2F3937"/>
          <w:sz w:val="20"/>
        </w:rPr>
        <w:t>더 잘해야 한다는 생각 때문에 시작하지 못하거나, 끝낼 시점을 정하지 못할 때 사용합니다.</w:t>
      </w:r>
    </w:p>
    <w:p>
      <w:pPr>
        <w:spacing w:line="324" w:lineRule="auto" w:after="120"/>
      </w:pPr>
      <w:r>
        <w:rPr>
          <w:rFonts w:ascii="Noto Sans KR Thin" w:hAnsi="Noto Sans KR Thin" w:eastAsia="Noto Sans KR Thin"/>
          <w:b/>
          <w:color w:val="2F3937"/>
          <w:sz w:val="20"/>
        </w:rPr>
        <w:t xml:space="preserve">얻게 될 결과  </w:t>
      </w:r>
      <w:r>
        <w:rPr>
          <w:rFonts w:ascii="Noto Sans KR Thin" w:hAnsi="Noto Sans KR Thin" w:eastAsia="Noto Sans KR Thin"/>
          <w:b w:val="0"/>
          <w:color w:val="2F3937"/>
          <w:sz w:val="20"/>
        </w:rPr>
        <w:t>반드시 지킬 품질과 이번에 보류할 품질을 구분하고, 오늘의 종료 기준을 정합니다.</w:t>
      </w:r>
    </w:p>
    <w:p>
      <w:pPr>
        <w:pStyle w:val="Heading2"/>
        <w:keepNext/>
        <w:spacing w:before="160" w:after="100"/>
      </w:pPr>
      <w:r>
        <w:rPr>
          <w:rFonts w:ascii="Noto Sans KR Thin" w:hAnsi="Noto Sans KR Thin" w:eastAsia="Noto Sans KR Thin"/>
          <w:b/>
          <w:color w:val="000000"/>
          <w:sz w:val="25"/>
        </w:rPr>
        <w:t>복사해서 AI에 입력하십시오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32"/>
      </w:tblGrid>
      <w:tr>
        <w:trPr>
          <w:cantSplit/>
        </w:trPr>
        <w:tc>
          <w:tcPr>
            <w:tcW w:type="dxa" w:w="9432"/>
            <w:vAlign w:val="center"/>
            <w:shd w:fill="F3F6F4"/>
            <w:tcBorders>
              <w:top w:val="single" w:sz="7" w:color="B7C6C1"/>
              <w:left w:val="single" w:sz="7" w:color="B7C6C1"/>
              <w:bottom w:val="single" w:sz="7" w:color="B7C6C1"/>
              <w:right w:val="single" w:sz="7" w:color="B7C6C1"/>
              <w:insideH w:val="single" w:sz="7" w:color="B7C6C1"/>
              <w:insideV w:val="single" w:sz="7" w:color="B7C6C1"/>
            </w:tcBorders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line="278" w:lineRule="auto" w:after="0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6"/>
              </w:rPr>
              <w:t>나는 완벽하게 해야 한다는 부담 때문에 시작이 늦어지거나 끝내지 못하고 있습니다.</w:t>
              <w:br/>
              <w:br/>
              <w:t>품질을 포기하라고 하지 말고, 목적에 맞는 최소완료기준을 함께 정해주세요. 먼저 다음 내용을 한 번에 하나씩 질문해주세요.</w:t>
              <w:br/>
              <w:t>1. 이 결과물을 누가 무엇을 위해 사용하는지</w:t>
              <w:br/>
              <w:t>2. 반드시 맞아야 하는 핵심 품질 기준</w:t>
              <w:br/>
              <w:t>3. 오류가 나면 실제 위험이 생기는 부분</w:t>
              <w:br/>
              <w:t>4. 나중에 수정하거나 보완할 수 있는 부분</w:t>
              <w:br/>
              <w:t>5. 오늘 사용할 수 있는 시간</w:t>
              <w:br/>
              <w:t>6. 지금 지나치게 신경 쓰고 있는 부분</w:t>
              <w:br/>
              <w:br/>
              <w:t>답변을 받은 뒤 기준을 다음 세 가지로 구분해주세요.</w:t>
              <w:br/>
              <w:t>- 반드시 충족해야 하는 기준</w:t>
              <w:br/>
              <w:t>- 있으면 좋지만 이번에는 보류할 기준</w:t>
              <w:br/>
              <w:t>- 다음 버전에서 보완할 기준</w:t>
              <w:br/>
              <w:br/>
              <w:t>그다음 ‘무엇을 확인하면 오늘은 끝인가’가 분명한 최소완료기준을 한 문장으로 작성해주세요. 이 기준에 도달하기 위한 첫 행동과 검토 시점도 정해주세요. 중요한 품질, 안전, 법적 기준은 임의로 낮추지 말고 나에게 확인해주세요.</w:t>
            </w:r>
          </w:p>
        </w:tc>
      </w:tr>
    </w:tbl>
    <w:p>
      <w:pPr>
        <w:spacing w:after="0"/>
      </w:pPr>
    </w:p>
    <w:p>
      <w:pPr>
        <w:spacing w:before="80"/>
        <w:jc w:val="right"/>
      </w:pPr>
      <w:r>
        <w:rPr>
          <w:rFonts w:ascii="Noto Sans KR Thin" w:hAnsi="Noto Sans KR Thin" w:eastAsia="Noto Sans KR Thin"/>
          <w:b w:val="0"/>
          <w:color w:val="6E7674"/>
          <w:sz w:val="15"/>
        </w:rPr>
        <w:t>SUCCESS LAB | AI 시대 인간 역량 연구소 | S1-07</w:t>
      </w:r>
    </w:p>
    <w:p>
      <w:r>
        <w:br w:type="page"/>
      </w:r>
    </w:p>
    <w:p>
      <w:pPr>
        <w:spacing w:after="100"/>
      </w:pPr>
      <w:r>
        <w:rPr>
          <w:rFonts w:ascii="Noto Sans KR Thin" w:hAnsi="Noto Sans KR Thin" w:eastAsia="Noto Sans KR Thin"/>
          <w:b/>
          <w:color w:val="B08D57"/>
          <w:sz w:val="16"/>
        </w:rPr>
        <w:t>S1-07 · SITUATIONAL AI PROMPT · E</w:t>
      </w:r>
    </w:p>
    <w:p>
      <w:pPr>
        <w:pStyle w:val="Heading1"/>
        <w:keepNext/>
        <w:spacing w:after="160"/>
      </w:pPr>
      <w:r>
        <w:rPr>
          <w:rFonts w:ascii="Noto Sans KR Thin" w:hAnsi="Noto Sans KR Thin" w:eastAsia="Noto Sans KR Thin"/>
          <w:b/>
          <w:color w:val="000000"/>
          <w:sz w:val="40"/>
        </w:rPr>
        <w:t>중단한 업무의 상태를 복구하고 다시 시작하기</w:t>
      </w:r>
    </w:p>
    <w:p>
      <w:pPr>
        <w:spacing w:line="324" w:lineRule="auto" w:after="120"/>
      </w:pPr>
      <w:r>
        <w:rPr>
          <w:rFonts w:ascii="Noto Sans KR Thin" w:hAnsi="Noto Sans KR Thin" w:eastAsia="Noto Sans KR Thin"/>
          <w:b/>
          <w:color w:val="2F3937"/>
          <w:sz w:val="20"/>
        </w:rPr>
        <w:t xml:space="preserve">이 프롬프트가 필요한 때  </w:t>
      </w:r>
      <w:r>
        <w:rPr>
          <w:rFonts w:ascii="Noto Sans KR Thin" w:hAnsi="Noto Sans KR Thin" w:eastAsia="Noto Sans KR Thin"/>
          <w:b w:val="0"/>
          <w:color w:val="2F3937"/>
          <w:sz w:val="20"/>
        </w:rPr>
        <w:t>업무를 중단한 뒤 어디까지 했는지, 어떤 파일에서 무엇을 이어야 하는지 기억하기 어려울 때 사용합니다.</w:t>
      </w:r>
    </w:p>
    <w:p>
      <w:pPr>
        <w:spacing w:line="324" w:lineRule="auto" w:after="120"/>
      </w:pPr>
      <w:r>
        <w:rPr>
          <w:rFonts w:ascii="Noto Sans KR Thin" w:hAnsi="Noto Sans KR Thin" w:eastAsia="Noto Sans KR Thin"/>
          <w:b/>
          <w:color w:val="2F3937"/>
          <w:sz w:val="20"/>
        </w:rPr>
        <w:t xml:space="preserve">얻게 될 결과  </w:t>
      </w:r>
      <w:r>
        <w:rPr>
          <w:rFonts w:ascii="Noto Sans KR Thin" w:hAnsi="Noto Sans KR Thin" w:eastAsia="Noto Sans KR Thin"/>
          <w:b w:val="0"/>
          <w:color w:val="2F3937"/>
          <w:sz w:val="20"/>
        </w:rPr>
        <w:t>완료 상태와 미결 사항을 복구하고, 다시 시작할 위치와 첫 행동을 정합니다.</w:t>
      </w:r>
    </w:p>
    <w:p>
      <w:pPr>
        <w:pStyle w:val="Heading2"/>
        <w:keepNext/>
        <w:spacing w:before="160" w:after="100"/>
      </w:pPr>
      <w:r>
        <w:rPr>
          <w:rFonts w:ascii="Noto Sans KR Thin" w:hAnsi="Noto Sans KR Thin" w:eastAsia="Noto Sans KR Thin"/>
          <w:b/>
          <w:color w:val="000000"/>
          <w:sz w:val="25"/>
        </w:rPr>
        <w:t>복사해서 AI에 입력하십시오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32"/>
      </w:tblGrid>
      <w:tr>
        <w:trPr>
          <w:cantSplit/>
        </w:trPr>
        <w:tc>
          <w:tcPr>
            <w:tcW w:type="dxa" w:w="9432"/>
            <w:vAlign w:val="center"/>
            <w:shd w:fill="F3F6F4"/>
            <w:tcBorders>
              <w:top w:val="single" w:sz="7" w:color="B7C6C1"/>
              <w:left w:val="single" w:sz="7" w:color="B7C6C1"/>
              <w:bottom w:val="single" w:sz="7" w:color="B7C6C1"/>
              <w:right w:val="single" w:sz="7" w:color="B7C6C1"/>
              <w:insideH w:val="single" w:sz="7" w:color="B7C6C1"/>
              <w:insideV w:val="single" w:sz="7" w:color="B7C6C1"/>
            </w:tcBorders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line="278" w:lineRule="auto" w:after="0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6"/>
              </w:rPr>
              <w:t>나는 이 업무를 하다가 중단했고, 어디까지 했는지와 무엇부터 다시 시작해야 하는지 정리되지 않아 돌아가지 못하고 있습니다.</w:t>
              <w:br/>
              <w:br/>
              <w:t>처음부터 새 계획을 만들지 말고 현재 상태를 복구해주세요. 다음 내용을 한 번에 하나씩 질문해주세요.</w:t>
              <w:br/>
              <w:t>1. 원래 만들려던 결과</w:t>
              <w:br/>
              <w:t>2. 마지막으로 완료한 작업</w:t>
              <w:br/>
              <w:t>3. 열어둔 파일, 메모, 자료의 위치</w:t>
              <w:br/>
              <w:t>4. 결정된 사항과 아직 결정하지 못한 사항</w:t>
              <w:br/>
              <w:t>5. 중단 당시 막혔던 이유</w:t>
              <w:br/>
              <w:t>6. 마감 또는 상황이 달라진 부분</w:t>
              <w:br/>
              <w:t>7. 지금 사용할 수 있는 시간</w:t>
              <w:br/>
              <w:br/>
              <w:t>답변을 받은 뒤 다음 형식으로 재시작 지도를 만들어주세요.</w:t>
              <w:br/>
              <w:t>- 현재 완료된 것</w:t>
              <w:br/>
              <w:t>- 확인이 필요한 것</w:t>
              <w:br/>
              <w:t>- 더 이상 유효하지 않은 계획</w:t>
              <w:br/>
              <w:t>- 다음에 이어서 할 위치</w:t>
              <w:br/>
              <w:t>- 지금 바로 할 첫 행동</w:t>
              <w:br/>
              <w:t>- 다시 중단될 경우 남겨둘 재시작 메모</w:t>
              <w:br/>
              <w:br/>
              <w:t>첫 행동은 이전 내용을 전부 다시 읽는 방식이 아니라, 가장 빠르게 상태를 복구하고 다음 결과로 이어지게 만들어주세요. 마지막에는 지금 열어야 할 파일이나 확인해야 할 항목 하나만 알려주세요.</w:t>
            </w:r>
          </w:p>
        </w:tc>
      </w:tr>
    </w:tbl>
    <w:p>
      <w:pPr>
        <w:spacing w:after="0"/>
      </w:pPr>
    </w:p>
    <w:p>
      <w:pPr>
        <w:spacing w:before="80"/>
        <w:jc w:val="right"/>
      </w:pPr>
      <w:r>
        <w:rPr>
          <w:rFonts w:ascii="Noto Sans KR Thin" w:hAnsi="Noto Sans KR Thin" w:eastAsia="Noto Sans KR Thin"/>
          <w:b w:val="0"/>
          <w:color w:val="6E7674"/>
          <w:sz w:val="15"/>
        </w:rPr>
        <w:t>SUCCESS LAB | AI 시대 인간 역량 연구소 | S1-07</w:t>
      </w:r>
    </w:p>
    <w:p>
      <w:r>
        <w:br w:type="page"/>
      </w:r>
    </w:p>
    <w:p>
      <w:pPr>
        <w:spacing w:after="100"/>
      </w:pPr>
      <w:r>
        <w:rPr>
          <w:rFonts w:ascii="Noto Sans KR Thin" w:hAnsi="Noto Sans KR Thin" w:eastAsia="Noto Sans KR Thin"/>
          <w:b/>
          <w:color w:val="B08D57"/>
          <w:sz w:val="16"/>
        </w:rPr>
        <w:t>S1-07 · EXECUTION FEEDBACK</w:t>
      </w:r>
    </w:p>
    <w:p>
      <w:pPr>
        <w:pStyle w:val="Heading1"/>
        <w:keepNext/>
        <w:spacing w:after="160"/>
      </w:pPr>
      <w:r>
        <w:rPr>
          <w:rFonts w:ascii="Noto Sans KR Thin" w:hAnsi="Noto Sans KR Thin" w:eastAsia="Noto Sans KR Thin"/>
          <w:b/>
          <w:color w:val="000000"/>
          <w:sz w:val="40"/>
        </w:rPr>
        <w:t>첫 행동을 실행한 뒤 다시 조정하십시오</w:t>
      </w:r>
    </w:p>
    <w:p>
      <w:pPr>
        <w:spacing w:line="324" w:lineRule="auto" w:after="120"/>
      </w:pPr>
      <w:r>
        <w:rPr>
          <w:rFonts w:ascii="Noto Sans KR Thin" w:hAnsi="Noto Sans KR Thin" w:eastAsia="Noto Sans KR Thin"/>
          <w:b w:val="0"/>
          <w:color w:val="2F3937"/>
          <w:sz w:val="20"/>
        </w:rPr>
        <w:t>실행계획은 실행 전에 완성되는 문서가 아닙니다. 첫 행동의 실제 결과를 AI에게 알려주고, 계획의 크기와 순서가 현실에 맞는지 다시 확인하십시오.</w:t>
      </w:r>
    </w:p>
    <w:p>
      <w:pPr>
        <w:pStyle w:val="Heading2"/>
        <w:keepNext/>
        <w:spacing w:before="160" w:after="100"/>
      </w:pPr>
      <w:r>
        <w:rPr>
          <w:rFonts w:ascii="Noto Sans KR Thin" w:hAnsi="Noto Sans KR Thin" w:eastAsia="Noto Sans KR Thin"/>
          <w:b/>
          <w:color w:val="000000"/>
          <w:sz w:val="25"/>
        </w:rPr>
        <w:t>공통 실행 결과 보고 프롬프트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32"/>
      </w:tblGrid>
      <w:tr>
        <w:trPr>
          <w:cantSplit/>
        </w:trPr>
        <w:tc>
          <w:tcPr>
            <w:tcW w:type="dxa" w:w="9432"/>
            <w:vAlign w:val="center"/>
            <w:shd w:fill="F3F6F4"/>
            <w:tcBorders>
              <w:top w:val="single" w:sz="7" w:color="B7C6C1"/>
              <w:left w:val="single" w:sz="7" w:color="B7C6C1"/>
              <w:bottom w:val="single" w:sz="7" w:color="B7C6C1"/>
              <w:right w:val="single" w:sz="7" w:color="B7C6C1"/>
              <w:insideH w:val="single" w:sz="7" w:color="B7C6C1"/>
              <w:insideV w:val="single" w:sz="7" w:color="B7C6C1"/>
            </w:tcBorders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line="278" w:lineRule="auto" w:after="0"/>
            </w:pPr>
            <w:r>
              <w:rPr>
                <w:rFonts w:ascii="Noto Sans KR Thin" w:hAnsi="Noto Sans KR Thin" w:eastAsia="Noto Sans KR Thin"/>
                <w:b w:val="0"/>
                <w:color w:val="2F3937"/>
                <w:sz w:val="16"/>
              </w:rPr>
              <w:t>방금 실행한 결과를 알려드리겠습니다.</w:t>
              <w:br/>
              <w:br/>
              <w:t>- 처음 정한 완료조건:</w:t>
              <w:br/>
              <w:t>- 실제로 한 일:</w:t>
              <w:br/>
              <w:t>- 실제로 걸린 시간:</w:t>
              <w:br/>
              <w:t>- 완료된 것:</w:t>
              <w:br/>
              <w:t>- 완료하지 못한 것:</w:t>
              <w:br/>
              <w:t>- 새로 나타난 막힘 또는 달라진 상황:</w:t>
              <w:br/>
              <w:br/>
              <w:t>처음 계획을 무조건 유지하지 말고, 실제 결과를 기준으로 다음을 확인해주세요.</w:t>
              <w:br/>
              <w:t>1. 완료조건에 도달했는지</w:t>
              <w:br/>
              <w:t>2. 작업량, 순서, 시간, 자료 또는 환경 가운데 무엇이 예상과 달랐는지</w:t>
              <w:br/>
              <w:t>3. 다음 행동 전에 추가로 확인할 사항이 있는지</w:t>
              <w:br/>
              <w:br/>
              <w:t>완료조건에 도달했다면 다음 행동 하나만 제안해주세요. 도달하지 못했다면 사용자의 의지를 평가하지 말고, 계획에서 조정할 것 하나와 다시 시작할 첫 행동 하나를 제안해주세요.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100"/>
      </w:pPr>
      <w:r>
        <w:rPr>
          <w:rFonts w:ascii="Noto Sans KR Thin" w:hAnsi="Noto Sans KR Thin" w:eastAsia="Noto Sans KR Thin"/>
          <w:b/>
          <w:color w:val="000000"/>
          <w:sz w:val="25"/>
        </w:rPr>
        <w:t>사용 후 기록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7344"/>
      </w:tblGrid>
      <w:tr>
        <w:trPr>
          <w:cantSplit/>
        </w:trPr>
        <w:tc>
          <w:tcPr>
            <w:tcW w:type="dxa" w:w="2088"/>
            <w:shd w:fill="FAF8F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/>
            <w:r>
              <w:rPr>
                <w:rFonts w:ascii="Noto Sans KR Thin" w:hAnsi="Noto Sans KR Thin" w:eastAsia="Noto Sans KR Thin"/>
                <w:b/>
                <w:color w:val="2F3937"/>
                <w:sz w:val="18"/>
              </w:rPr>
              <w:t>실행 결과</w:t>
            </w:r>
          </w:p>
        </w:tc>
        <w:tc>
          <w:tcPr>
            <w:tcW w:type="dxa" w:w="73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/>
            <w:r>
              <w:rPr>
                <w:rFonts w:ascii="Noto Sans KR Thin" w:hAnsi="Noto Sans KR Thin" w:eastAsia="Noto Sans KR Thin"/>
                <w:b w:val="0"/>
                <w:color w:val="78807E"/>
                <w:sz w:val="18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088"/>
            <w:shd w:fill="FAF8F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/>
            <w:r>
              <w:rPr>
                <w:rFonts w:ascii="Noto Sans KR Thin" w:hAnsi="Noto Sans KR Thin" w:eastAsia="Noto Sans KR Thin"/>
                <w:b/>
                <w:color w:val="2F3937"/>
                <w:sz w:val="18"/>
              </w:rPr>
              <w:t>실제로 걸린 시간</w:t>
            </w:r>
          </w:p>
        </w:tc>
        <w:tc>
          <w:tcPr>
            <w:tcW w:type="dxa" w:w="73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/>
            <w:r>
              <w:rPr>
                <w:rFonts w:ascii="Noto Sans KR Thin" w:hAnsi="Noto Sans KR Thin" w:eastAsia="Noto Sans KR Thin"/>
                <w:b w:val="0"/>
                <w:color w:val="78807E"/>
                <w:sz w:val="18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088"/>
            <w:shd w:fill="FAF8F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/>
            <w:r>
              <w:rPr>
                <w:rFonts w:ascii="Noto Sans KR Thin" w:hAnsi="Noto Sans KR Thin" w:eastAsia="Noto Sans KR Thin"/>
                <w:b/>
                <w:color w:val="2F3937"/>
                <w:sz w:val="18"/>
              </w:rPr>
              <w:t>다음 한 행동</w:t>
            </w:r>
          </w:p>
        </w:tc>
        <w:tc>
          <w:tcPr>
            <w:tcW w:type="dxa" w:w="73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/>
            <w:r>
              <w:rPr>
                <w:rFonts w:ascii="Noto Sans KR Thin" w:hAnsi="Noto Sans KR Thin" w:eastAsia="Noto Sans KR Thin"/>
                <w:b w:val="0"/>
                <w:color w:val="78807E"/>
                <w:sz w:val="18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088"/>
            <w:shd w:fill="FAF8F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/>
            <w:r>
              <w:rPr>
                <w:rFonts w:ascii="Noto Sans KR Thin" w:hAnsi="Noto Sans KR Thin" w:eastAsia="Noto Sans KR Thin"/>
                <w:b/>
                <w:color w:val="2F3937"/>
                <w:sz w:val="18"/>
              </w:rPr>
              <w:t>다시 확인할 시점</w:t>
            </w:r>
          </w:p>
        </w:tc>
        <w:tc>
          <w:tcPr>
            <w:tcW w:type="dxa" w:w="73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/>
            <w:r>
              <w:rPr>
                <w:rFonts w:ascii="Noto Sans KR Thin" w:hAnsi="Noto Sans KR Thin" w:eastAsia="Noto Sans KR Thin"/>
                <w:b w:val="0"/>
                <w:color w:val="78807E"/>
                <w:sz w:val="18"/>
              </w:rPr>
              <w:t>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100"/>
      </w:pPr>
      <w:r>
        <w:rPr>
          <w:rFonts w:ascii="Noto Sans KR Thin" w:hAnsi="Noto Sans KR Thin" w:eastAsia="Noto Sans KR Thin"/>
          <w:b/>
          <w:color w:val="000000"/>
          <w:sz w:val="25"/>
        </w:rPr>
        <w:t>사람이 반드시 확인할 판단</w:t>
      </w:r>
    </w:p>
    <w:p>
      <w:pPr>
        <w:pStyle w:val="ListBullet"/>
        <w:spacing w:after="40" w:line="276" w:lineRule="auto"/>
        <w:ind w:left="288" w:hanging="173"/>
      </w:pPr>
      <w:r>
        <w:rPr>
          <w:rFonts w:ascii="Noto Sans KR Thin" w:hAnsi="Noto Sans KR Thin" w:eastAsia="Noto Sans KR Thin"/>
          <w:b w:val="0"/>
          <w:color w:val="2F3937"/>
          <w:sz w:val="18"/>
        </w:rPr>
        <w:t>이 일이 지금 중요한 이유와 다른 일보다 먼저 해야 하는 이유</w:t>
      </w:r>
    </w:p>
    <w:p>
      <w:pPr>
        <w:pStyle w:val="ListBullet"/>
        <w:spacing w:after="40" w:line="276" w:lineRule="auto"/>
        <w:ind w:left="288" w:hanging="173"/>
      </w:pPr>
      <w:r>
        <w:rPr>
          <w:rFonts w:ascii="Noto Sans KR Thin" w:hAnsi="Noto Sans KR Thin" w:eastAsia="Noto Sans KR Thin"/>
          <w:b w:val="0"/>
          <w:color w:val="2F3937"/>
          <w:sz w:val="18"/>
        </w:rPr>
        <w:t>포기하거나 낮춰서는 안 되는 품질, 안전, 법적 또는 조직 기준</w:t>
      </w:r>
    </w:p>
    <w:p>
      <w:pPr>
        <w:pStyle w:val="ListBullet"/>
        <w:spacing w:after="40" w:line="276" w:lineRule="auto"/>
        <w:ind w:left="288" w:hanging="173"/>
      </w:pPr>
      <w:r>
        <w:rPr>
          <w:rFonts w:ascii="Noto Sans KR Thin" w:hAnsi="Noto Sans KR Thin" w:eastAsia="Noto Sans KR Thin"/>
          <w:b w:val="0"/>
          <w:color w:val="2F3937"/>
          <w:sz w:val="18"/>
        </w:rPr>
        <w:t>현재 건강과 에너지 상태에서 실행해도 되는 범위</w:t>
      </w:r>
    </w:p>
    <w:p>
      <w:pPr>
        <w:pStyle w:val="ListBullet"/>
        <w:spacing w:after="40" w:line="276" w:lineRule="auto"/>
        <w:ind w:left="288" w:hanging="173"/>
      </w:pPr>
      <w:r>
        <w:rPr>
          <w:rFonts w:ascii="Noto Sans KR Thin" w:hAnsi="Noto Sans KR Thin" w:eastAsia="Noto Sans KR Thin"/>
          <w:b w:val="0"/>
          <w:color w:val="2F3937"/>
          <w:sz w:val="18"/>
        </w:rPr>
        <w:t>AI가 제안한 내용이 실제 업무 상황과 맞는지 여부</w:t>
      </w:r>
    </w:p>
    <w:p>
      <w:pPr>
        <w:spacing w:line="324" w:lineRule="auto" w:after="0"/>
      </w:pPr>
      <w:r>
        <w:rPr>
          <w:rFonts w:ascii="Noto Sans KR Thin" w:hAnsi="Noto Sans KR Thin" w:eastAsia="Noto Sans KR Thin"/>
          <w:b/>
          <w:color w:val="2F3937"/>
          <w:sz w:val="22"/>
        </w:rPr>
        <w:t xml:space="preserve">AI는 의지력을 대신하지 않습니다. </w:t>
      </w:r>
      <w:r>
        <w:rPr>
          <w:rFonts w:ascii="Noto Sans KR Thin" w:hAnsi="Noto Sans KR Thin" w:eastAsia="Noto Sans KR Thin"/>
          <w:b w:val="0"/>
          <w:color w:val="2F3937"/>
          <w:sz w:val="22"/>
        </w:rPr>
        <w:t>의지력이 필요한 순간을 줄여줄 수 있습니다.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691" w:right="1368" w:bottom="749" w:left="1368" w:header="346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KR Thin" w:hAnsi="Noto Sans KR Thin" w:eastAsia="Noto Sans KR Thin"/>
        <w:b w:val="0"/>
        <w:i w:val="0"/>
        <w:color w:val="68726F"/>
        <w:sz w:val="14"/>
      </w:rPr>
      <w:t>SUCCESS LAB  |  AI 시대 인간 역량 연구소</w:t>
    </w:r>
    <w:r>
      <w:rPr>
        <w:rFonts w:ascii="Noto Sans KR Thin" w:hAnsi="Noto Sans KR Thin" w:eastAsia="Noto Sans KR Thin"/>
        <w:b w:val="0"/>
        <w:i w:val="0"/>
        <w:color w:val="68726F"/>
        <w:sz w:val="14"/>
      </w:rPr>
      <w:t xml:space="preserve">  |  S1-07 · </w:t>
    </w:r>
    <w:r>
      <w:rPr>
        <w:rFonts w:ascii="Noto Sans KR Thin" w:hAnsi="Noto Sans KR Thin" w:eastAsia="Noto Sans KR Thin"/>
        <w:b w:val="0"/>
        <w:i w:val="0"/>
        <w:color w:val="68726F"/>
        <w:sz w:val="14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 KR Thin" w:hAnsi="Noto Sans KR Thin" w:eastAsia="Noto Sans KR Thin"/>
        <w:b w:val="0"/>
        <w:i w:val="0"/>
        <w:color w:val="68726F"/>
        <w:sz w:val="14"/>
      </w:rPr>
      <w:t>SUCCESS LAB  |  COMPANION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Noto Sans KR Thin" w:hAnsi="Noto Sans KR Thin" w:eastAsia="Noto Sans KR Thin"/>
      <w:color w:val="2028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Noto Sans KR Thin" w:hAnsi="Noto Sans KR Thin" w:eastAsia="Noto Sans KR Thin"/>
      <w:b/>
      <w:bCs/>
      <w:color w:val="183A3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Noto Sans KR Thin" w:hAnsi="Noto Sans KR Thin" w:eastAsia="Noto Sans KR Thin"/>
      <w:b/>
      <w:bCs/>
      <w:color w:val="183A3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Noto Sans KR Thin" w:hAnsi="Noto Sans KR Thin" w:eastAsia="Noto Sans KR Thin"/>
      <w:b/>
      <w:color w:val="183A3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20"/>
    </w:pPr>
    <w:rPr>
      <w:rFonts w:asciiTheme="majorHAnsi" w:eastAsiaTheme="majorEastAsia" w:hAnsiTheme="majorHAnsi" w:cstheme="majorBidi" w:ascii="Noto Sans KR Thin" w:hAnsi="Noto Sans KR Thin" w:eastAsia="Noto Sans KR Thin"/>
      <w:b w:val="0"/>
      <w:i/>
      <w:iCs/>
      <w:color w:val="68726F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오늘의 실행설계 빠른 점검표와 상황별 AI 프롬프트</dc:title>
  <dc:subject>S1-07 공개 실행 도구</dc:subject>
  <dc:creator>SUCCESS LAB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